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5A0" w:rsidRPr="002D41BD" w:rsidRDefault="005415A0" w:rsidP="002D41BD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15A0" w:rsidRPr="002D41BD" w:rsidRDefault="00700640" w:rsidP="00285E89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МИНИСТЕРСТВО ПРОСВЕЩЕНИЯ РОССИЙСКОЙ ФЕДЕРАЦИИ</w:t>
      </w:r>
    </w:p>
    <w:p w:rsidR="005415A0" w:rsidRPr="002D41BD" w:rsidRDefault="00700640" w:rsidP="00285E89">
      <w:pPr>
        <w:autoSpaceDE w:val="0"/>
        <w:autoSpaceDN w:val="0"/>
        <w:spacing w:before="670" w:after="0" w:line="240" w:lineRule="auto"/>
        <w:ind w:right="-5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Министерство образования Приморского края</w:t>
      </w:r>
    </w:p>
    <w:p w:rsidR="005415A0" w:rsidRPr="002D41BD" w:rsidRDefault="00285E89" w:rsidP="00285E89">
      <w:pPr>
        <w:autoSpaceDE w:val="0"/>
        <w:autoSpaceDN w:val="0"/>
        <w:spacing w:before="670"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администрация Чугуевского м</w:t>
      </w:r>
      <w:r w:rsidR="00700640"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униципально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го</w:t>
      </w:r>
      <w:r w:rsidR="00700640"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района Приморского края</w:t>
      </w:r>
    </w:p>
    <w:p w:rsidR="00285E89" w:rsidRPr="00285E89" w:rsidRDefault="00285E89" w:rsidP="00285E89">
      <w:pPr>
        <w:autoSpaceDE w:val="0"/>
        <w:autoSpaceDN w:val="0"/>
        <w:spacing w:before="670" w:after="0" w:line="240" w:lineRule="auto"/>
        <w:ind w:right="-2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муниципальное казённое общеобразовательное учреждение «Средняя общеобразовательная школа № 6» с. Самарка</w:t>
      </w:r>
    </w:p>
    <w:p w:rsidR="005415A0" w:rsidRPr="00285E89" w:rsidRDefault="005415A0" w:rsidP="00285E8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415A0" w:rsidRPr="00285E89" w:rsidRDefault="00700640" w:rsidP="00285E89">
      <w:pPr>
        <w:autoSpaceDE w:val="0"/>
        <w:autoSpaceDN w:val="0"/>
        <w:spacing w:before="1038" w:after="0" w:line="240" w:lineRule="auto"/>
        <w:ind w:right="-2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85E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РАБОЧАЯ ПРОГРАММА</w:t>
      </w:r>
    </w:p>
    <w:p w:rsidR="005415A0" w:rsidRPr="00285E89" w:rsidRDefault="00700640" w:rsidP="00285E89">
      <w:pPr>
        <w:autoSpaceDE w:val="0"/>
        <w:autoSpaceDN w:val="0"/>
        <w:spacing w:before="70" w:after="0" w:line="240" w:lineRule="auto"/>
        <w:ind w:right="-2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85E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(</w:t>
      </w:r>
      <w:r w:rsidRPr="002D41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ID</w:t>
      </w:r>
      <w:r w:rsidRPr="00285E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1686781)</w:t>
      </w:r>
    </w:p>
    <w:p w:rsidR="005415A0" w:rsidRPr="00285E89" w:rsidRDefault="00700640" w:rsidP="00285E89">
      <w:pPr>
        <w:autoSpaceDE w:val="0"/>
        <w:autoSpaceDN w:val="0"/>
        <w:spacing w:before="166" w:after="0" w:line="240" w:lineRule="auto"/>
        <w:ind w:right="-2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85E8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учебного предмета</w:t>
      </w:r>
    </w:p>
    <w:p w:rsidR="005415A0" w:rsidRPr="00285E89" w:rsidRDefault="00700640" w:rsidP="00285E89">
      <w:pPr>
        <w:tabs>
          <w:tab w:val="left" w:pos="4111"/>
        </w:tabs>
        <w:autoSpaceDE w:val="0"/>
        <w:autoSpaceDN w:val="0"/>
        <w:spacing w:before="70" w:after="0" w:line="240" w:lineRule="auto"/>
        <w:ind w:right="-2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85E8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«Музыка»</w:t>
      </w:r>
    </w:p>
    <w:p w:rsidR="005415A0" w:rsidRPr="00285E89" w:rsidRDefault="00700640" w:rsidP="00285E89">
      <w:pPr>
        <w:autoSpaceDE w:val="0"/>
        <w:autoSpaceDN w:val="0"/>
        <w:spacing w:before="670" w:after="0" w:line="240" w:lineRule="auto"/>
        <w:ind w:right="-2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85E8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для 5 класса основного общего образования</w:t>
      </w:r>
    </w:p>
    <w:p w:rsidR="005415A0" w:rsidRPr="00285E89" w:rsidRDefault="00700640" w:rsidP="00285E89">
      <w:pPr>
        <w:autoSpaceDE w:val="0"/>
        <w:autoSpaceDN w:val="0"/>
        <w:spacing w:before="70" w:after="0" w:line="240" w:lineRule="auto"/>
        <w:ind w:right="-2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85E8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 2022-2023 учебный год</w:t>
      </w:r>
    </w:p>
    <w:p w:rsidR="005415A0" w:rsidRPr="00285E89" w:rsidRDefault="00700640" w:rsidP="00285E89">
      <w:pPr>
        <w:autoSpaceDE w:val="0"/>
        <w:autoSpaceDN w:val="0"/>
        <w:spacing w:before="2112" w:after="0" w:line="240" w:lineRule="auto"/>
        <w:ind w:right="24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285E8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Составитель: Паськова Валентина Яковлевна</w:t>
      </w:r>
    </w:p>
    <w:p w:rsidR="005415A0" w:rsidRPr="002D41BD" w:rsidRDefault="00700640" w:rsidP="00285E89">
      <w:pPr>
        <w:autoSpaceDE w:val="0"/>
        <w:autoSpaceDN w:val="0"/>
        <w:spacing w:before="70" w:after="0" w:line="240" w:lineRule="auto"/>
        <w:ind w:right="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85E8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учитель музыки</w:t>
      </w:r>
    </w:p>
    <w:p w:rsidR="008930F4" w:rsidRDefault="008930F4" w:rsidP="002D41BD">
      <w:pPr>
        <w:autoSpaceDE w:val="0"/>
        <w:autoSpaceDN w:val="0"/>
        <w:spacing w:before="70"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285E89" w:rsidRDefault="00285E89" w:rsidP="002D41BD">
      <w:pPr>
        <w:autoSpaceDE w:val="0"/>
        <w:autoSpaceDN w:val="0"/>
        <w:spacing w:before="70"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285E89" w:rsidRDefault="00285E89" w:rsidP="002D41BD">
      <w:pPr>
        <w:autoSpaceDE w:val="0"/>
        <w:autoSpaceDN w:val="0"/>
        <w:spacing w:before="70"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285E89" w:rsidRDefault="00285E89" w:rsidP="002D41BD">
      <w:pPr>
        <w:autoSpaceDE w:val="0"/>
        <w:autoSpaceDN w:val="0"/>
        <w:spacing w:before="70"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285E89" w:rsidRDefault="00285E89" w:rsidP="002D41BD">
      <w:pPr>
        <w:autoSpaceDE w:val="0"/>
        <w:autoSpaceDN w:val="0"/>
        <w:spacing w:before="70"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285E89" w:rsidRPr="002D41BD" w:rsidRDefault="00285E89" w:rsidP="002D41BD">
      <w:pPr>
        <w:autoSpaceDE w:val="0"/>
        <w:autoSpaceDN w:val="0"/>
        <w:spacing w:before="70"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8930F4" w:rsidRPr="002D41BD" w:rsidRDefault="008930F4" w:rsidP="002D41BD">
      <w:pPr>
        <w:autoSpaceDE w:val="0"/>
        <w:autoSpaceDN w:val="0"/>
        <w:spacing w:before="70"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5415A0" w:rsidRPr="00285E89" w:rsidRDefault="00700640" w:rsidP="00285E89">
      <w:pPr>
        <w:tabs>
          <w:tab w:val="left" w:pos="5245"/>
          <w:tab w:val="left" w:pos="5387"/>
          <w:tab w:val="left" w:pos="5670"/>
        </w:tabs>
        <w:autoSpaceDE w:val="0"/>
        <w:autoSpaceDN w:val="0"/>
        <w:spacing w:after="0" w:line="240" w:lineRule="auto"/>
        <w:ind w:right="-2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85E8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с. Самарка 2022</w:t>
      </w:r>
    </w:p>
    <w:p w:rsidR="005415A0" w:rsidRPr="00285E89" w:rsidRDefault="005415A0" w:rsidP="002D4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5415A0" w:rsidRPr="00285E89" w:rsidSect="00285E89">
          <w:pgSz w:w="11900" w:h="16840"/>
          <w:pgMar w:top="448" w:right="843" w:bottom="1440" w:left="1440" w:header="720" w:footer="720" w:gutter="0"/>
          <w:cols w:space="720" w:equalWidth="0">
            <w:col w:w="9781" w:space="0"/>
          </w:cols>
          <w:docGrid w:linePitch="360"/>
        </w:sectPr>
      </w:pPr>
    </w:p>
    <w:p w:rsidR="005415A0" w:rsidRPr="002D41BD" w:rsidRDefault="00700640" w:rsidP="002D41BD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1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</w:p>
    <w:p w:rsidR="005415A0" w:rsidRPr="002D41BD" w:rsidRDefault="00700640" w:rsidP="002D41BD">
      <w:pPr>
        <w:autoSpaceDE w:val="0"/>
        <w:autoSpaceDN w:val="0"/>
        <w:spacing w:after="0" w:line="240" w:lineRule="auto"/>
        <w:ind w:firstLine="1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Рабочая программа по предмету «Музыка» на уровне 5 класса основного общего образования составлена на основе Требований к результатам освоения программы основного общего образования, представленных в Федеральном государственном образовательном стандарте основного общего образования,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«Музыка», Примерной программы воспитания.</w:t>
      </w:r>
    </w:p>
    <w:p w:rsidR="005415A0" w:rsidRPr="002D41BD" w:rsidRDefault="00700640" w:rsidP="002D41BD">
      <w:pPr>
        <w:autoSpaceDE w:val="0"/>
        <w:autoSpaceDN w:val="0"/>
        <w:spacing w:before="262"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ОБЩАЯ ХАРАКТЕРИСТИКА УЧЕБНОГО ПРЕДМЕТА «МУЗЫКА»</w:t>
      </w:r>
    </w:p>
    <w:p w:rsidR="005415A0" w:rsidRPr="002D41BD" w:rsidRDefault="00700640" w:rsidP="002D41BD">
      <w:pPr>
        <w:autoSpaceDE w:val="0"/>
        <w:autoSpaceDN w:val="0"/>
        <w:spacing w:after="0" w:line="240" w:lineRule="auto"/>
        <w:ind w:right="62" w:firstLine="1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Музыка —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обобщённости, с другой — глубокая степень психологической </w:t>
      </w:r>
      <w:r w:rsidR="00A0021B"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вовлеченности</w:t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5415A0" w:rsidRPr="002D41BD" w:rsidRDefault="00700640" w:rsidP="002D41BD">
      <w:pPr>
        <w:autoSpaceDE w:val="0"/>
        <w:autoSpaceDN w:val="0"/>
        <w:spacing w:before="70" w:after="0" w:line="240" w:lineRule="auto"/>
        <w:ind w:right="-80" w:firstLine="1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5415A0" w:rsidRPr="002D41BD" w:rsidRDefault="00700640" w:rsidP="002D41BD">
      <w:pPr>
        <w:autoSpaceDE w:val="0"/>
        <w:autoSpaceDN w:val="0"/>
        <w:spacing w:before="70" w:after="0" w:line="240" w:lineRule="auto"/>
        <w:ind w:firstLine="1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Музыка, являясь эффективным способом коммуникации, обеспечивает межличностное и</w:t>
      </w:r>
      <w:r w:rsidR="00A0021B" w:rsidRPr="002D41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социальное взаимодействие людей, в том числе является средством сохранения и передачи идей и смыслов, рождённых в предыдущие века и отражённых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свёрнутом виде всю систему</w:t>
      </w:r>
      <w:r w:rsidR="00A0021B" w:rsidRPr="002D41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мировоззрения предков, передаваемую музыкой не только через сознание, но и на более глубоком —подсознательном — уровне.</w:t>
      </w:r>
    </w:p>
    <w:p w:rsidR="005415A0" w:rsidRPr="002D41BD" w:rsidRDefault="00700640" w:rsidP="002D41BD">
      <w:pPr>
        <w:autoSpaceDE w:val="0"/>
        <w:autoSpaceDN w:val="0"/>
        <w:spacing w:before="72" w:after="0" w:line="240" w:lineRule="auto"/>
        <w:ind w:right="144" w:firstLine="1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Музыка — </w:t>
      </w:r>
      <w:r w:rsidR="00A0021B"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временное</w:t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</w:t>
      </w:r>
      <w:r w:rsidR="00A0021B"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обогащать индивидуальный</w:t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опыт в предвидении будущего и его сравнении с прошлым.</w:t>
      </w:r>
    </w:p>
    <w:p w:rsidR="005415A0" w:rsidRPr="002D41BD" w:rsidRDefault="00700640" w:rsidP="002D41BD">
      <w:pPr>
        <w:autoSpaceDE w:val="0"/>
        <w:autoSpaceDN w:val="0"/>
        <w:spacing w:before="70" w:after="0" w:line="240" w:lineRule="auto"/>
        <w:ind w:firstLine="1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Музыка обеспечивает развитие интеллектуальных и творческих способностей ребёнка, развивает его абстрактное мышление, память и воображение, формирует умения и навыки в сфере эмоционального интеллекта, способствует самореализации и </w:t>
      </w:r>
      <w:r w:rsidR="00A0021B"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само принятию</w:t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личности. Таким образом музыкальное обучение и воспитание вносит огромный вклад в эстетическое и нравственное развитие ребёнка, формирование всей системы ценностей.</w:t>
      </w:r>
    </w:p>
    <w:p w:rsidR="005415A0" w:rsidRPr="002D41BD" w:rsidRDefault="00700640" w:rsidP="002D41BD">
      <w:pPr>
        <w:autoSpaceDE w:val="0"/>
        <w:autoSpaceDN w:val="0"/>
        <w:spacing w:before="190" w:after="0" w:line="240" w:lineRule="auto"/>
        <w:ind w:left="1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Рабочая программа позволит учителю:</w:t>
      </w:r>
    </w:p>
    <w:p w:rsidR="005415A0" w:rsidRPr="002D41BD" w:rsidRDefault="00700640" w:rsidP="002D41BD">
      <w:pPr>
        <w:autoSpaceDE w:val="0"/>
        <w:autoSpaceDN w:val="0"/>
        <w:spacing w:after="0" w:line="240" w:lineRule="auto"/>
        <w:ind w:left="420" w:right="-4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— 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Федеральном государственном образовательном стандарте основного общего образования;</w:t>
      </w:r>
    </w:p>
    <w:p w:rsidR="005415A0" w:rsidRPr="002D41BD" w:rsidRDefault="00700640" w:rsidP="002D41BD">
      <w:pPr>
        <w:autoSpaceDE w:val="0"/>
        <w:autoSpaceDN w:val="0"/>
        <w:spacing w:after="0" w:line="240" w:lineRule="auto"/>
        <w:ind w:left="420" w:right="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—  определить и структурировать планируемые результаты обучения и содержание учебного предмета «Музыка» по годам обучения в соответствии с ФГОС ООО (утв. </w:t>
      </w:r>
      <w:r w:rsidR="00285E89"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</w:t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риказом</w:t>
      </w:r>
      <w:r w:rsidR="00285E8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Министерства образования и науки РФ от 17 декабря 2010 г. № 1897, с изменениями и </w:t>
      </w:r>
      <w:r w:rsidR="00A0021B" w:rsidRPr="002D41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дополнениями от 29 декабря 2014 г., 31 декабря 2015 г., 11 декабря 2020 г.); Примерной основной образовательной программой основного общего образования (в редакции протокола № 1/20 от 04.02.2020 Федерального учебно-методического объединения по общему образованию); Примерной программой воспитания (одобрена решением Федерального учебно-методического объединения по общему образованию, протокол от 2 июня 2020 г. №2/20);</w:t>
      </w:r>
    </w:p>
    <w:p w:rsidR="005415A0" w:rsidRPr="002D41BD" w:rsidRDefault="00700640" w:rsidP="002D41BD">
      <w:pPr>
        <w:autoSpaceDE w:val="0"/>
        <w:autoSpaceDN w:val="0"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—  разработать календарно-тематическое планирование с учётом особенностей конкретного региона, образовательного учреждения, класса, используя рекомендованное в рабочей программе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материала.</w:t>
      </w:r>
    </w:p>
    <w:p w:rsidR="005415A0" w:rsidRPr="002D41BD" w:rsidRDefault="00700640" w:rsidP="002D41BD">
      <w:pPr>
        <w:autoSpaceDE w:val="0"/>
        <w:autoSpaceDN w:val="0"/>
        <w:spacing w:before="324"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ЦЕЛИ И ЗАДАЧИ ИЗУЧЕНИЯ УЧЕБНОГО ПРЕДМЕТА «МУЗЫКА»</w:t>
      </w:r>
    </w:p>
    <w:p w:rsidR="00285E89" w:rsidRDefault="00700640" w:rsidP="00285E89">
      <w:pPr>
        <w:autoSpaceDE w:val="0"/>
        <w:autoSpaceDN w:val="0"/>
        <w:spacing w:after="0" w:line="240" w:lineRule="auto"/>
        <w:ind w:right="14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Музыка жизненно необходима для полноценного образования и воспитания ребёнка, развития его психики, эмоциональной и интеллектуальной сфер, творческого потенциала. Признание </w:t>
      </w:r>
      <w:r w:rsidR="002D41BD"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само ценности</w:t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:rsidR="005415A0" w:rsidRPr="002D41BD" w:rsidRDefault="00700640" w:rsidP="00285E89">
      <w:pPr>
        <w:autoSpaceDE w:val="0"/>
        <w:autoSpaceDN w:val="0"/>
        <w:spacing w:after="0" w:line="240" w:lineRule="auto"/>
        <w:ind w:right="144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Основная цель реализации программы —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A0021B" w:rsidRPr="002D41BD" w:rsidRDefault="00700640" w:rsidP="00285E89">
      <w:pPr>
        <w:tabs>
          <w:tab w:val="left" w:pos="1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 процессе конкретизации учебных целей их реализация осуществляется по следующим</w:t>
      </w:r>
      <w:r w:rsidR="00285E89" w:rsidRPr="00285E8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85E8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</w:t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аправлениям:</w:t>
      </w:r>
      <w:r w:rsidR="00A0021B"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A0021B" w:rsidRPr="002D41BD" w:rsidRDefault="00700640" w:rsidP="00285E89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A0021B" w:rsidRPr="002D41BD" w:rsidRDefault="00700640" w:rsidP="00285E89">
      <w:pPr>
        <w:tabs>
          <w:tab w:val="left" w:pos="180"/>
        </w:tabs>
        <w:autoSpaceDE w:val="0"/>
        <w:autoSpaceDN w:val="0"/>
        <w:spacing w:after="0" w:line="240" w:lineRule="auto"/>
        <w:ind w:left="1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2) 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</w:t>
      </w:r>
      <w:proofErr w:type="spellStart"/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автокоммуникации</w:t>
      </w:r>
      <w:proofErr w:type="spellEnd"/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; </w:t>
      </w:r>
      <w:r w:rsidR="00A0021B" w:rsidRPr="002D41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415A0" w:rsidRPr="002D41BD" w:rsidRDefault="00700640" w:rsidP="00285E89">
      <w:pPr>
        <w:tabs>
          <w:tab w:val="left" w:pos="180"/>
        </w:tabs>
        <w:autoSpaceDE w:val="0"/>
        <w:autoSpaceDN w:val="0"/>
        <w:spacing w:after="0" w:line="240" w:lineRule="auto"/>
        <w:ind w:left="1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3) формирование творческих способностей ребёнка, развитие внутренней мотивации к интонационно-содержательной деятельности.</w:t>
      </w:r>
    </w:p>
    <w:p w:rsidR="00A0021B" w:rsidRPr="002D41BD" w:rsidRDefault="00700640" w:rsidP="00285E89">
      <w:pPr>
        <w:tabs>
          <w:tab w:val="left" w:pos="180"/>
        </w:tabs>
        <w:autoSpaceDE w:val="0"/>
        <w:autoSpaceDN w:val="0"/>
        <w:spacing w:after="0" w:line="240" w:lineRule="auto"/>
        <w:ind w:right="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Важнейшими задачами изучения предмета «Музыка» в основной школе являются: </w:t>
      </w:r>
      <w:r w:rsidR="00A0021B" w:rsidRPr="002D41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415A0" w:rsidRPr="002D41BD" w:rsidRDefault="00700640" w:rsidP="002D41BD">
      <w:pPr>
        <w:tabs>
          <w:tab w:val="left" w:pos="180"/>
        </w:tabs>
        <w:autoSpaceDE w:val="0"/>
        <w:autoSpaceDN w:val="0"/>
        <w:spacing w:before="72" w:after="0" w:line="240" w:lineRule="auto"/>
        <w:ind w:right="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1. Приобщение к общечеловеческим духовным ценностям через личный психологический опыт эмоционально-эстетического переживания.</w:t>
      </w:r>
    </w:p>
    <w:p w:rsidR="005415A0" w:rsidRPr="002D41BD" w:rsidRDefault="00700640" w:rsidP="002D41BD">
      <w:pPr>
        <w:autoSpaceDE w:val="0"/>
        <w:autoSpaceDN w:val="0"/>
        <w:spacing w:before="70" w:after="0" w:line="240" w:lineRule="auto"/>
        <w:ind w:right="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2. Осознание социальной функции музыки.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её воздействия на человека.</w:t>
      </w:r>
    </w:p>
    <w:p w:rsidR="005415A0" w:rsidRPr="002D41BD" w:rsidRDefault="00700640" w:rsidP="002D41BD">
      <w:pPr>
        <w:autoSpaceDE w:val="0"/>
        <w:autoSpaceDN w:val="0"/>
        <w:spacing w:before="70" w:after="0" w:line="240" w:lineRule="auto"/>
        <w:ind w:right="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3. Формирование ценностных личных предпочтений в сфере музыкального искусства. Воспитание уважительного отношения к системе культурных ценностей других людей. Приверженность парадигме сохранения и развития культурного многообразия.</w:t>
      </w:r>
    </w:p>
    <w:p w:rsidR="005415A0" w:rsidRPr="002D41BD" w:rsidRDefault="00700640" w:rsidP="002D41BD">
      <w:pPr>
        <w:autoSpaceDE w:val="0"/>
        <w:autoSpaceDN w:val="0"/>
        <w:spacing w:before="70" w:after="0" w:line="240" w:lineRule="auto"/>
        <w:ind w:right="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4.   Формирование целостного представления о комплексе выразительных средств музыкального искусства. Освоение ключевых элементов музыкального языка, характерных для различных музыкальных стилей.</w:t>
      </w:r>
    </w:p>
    <w:p w:rsidR="00A0021B" w:rsidRPr="002D41BD" w:rsidRDefault="00700640" w:rsidP="002D41BD">
      <w:pPr>
        <w:tabs>
          <w:tab w:val="left" w:pos="180"/>
        </w:tabs>
        <w:autoSpaceDE w:val="0"/>
        <w:autoSpaceDN w:val="0"/>
        <w:spacing w:before="70" w:after="0" w:line="240" w:lineRule="auto"/>
        <w:ind w:right="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5.   Развитие общих и специальных музыкальных способностей, совершенствование в предметных умениях и навыках, в том числе: </w:t>
      </w:r>
      <w:r w:rsidR="00A0021B" w:rsidRPr="002D41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0021B" w:rsidRPr="002D41BD" w:rsidRDefault="00700640" w:rsidP="002D41BD">
      <w:pPr>
        <w:tabs>
          <w:tab w:val="left" w:pos="180"/>
        </w:tabs>
        <w:autoSpaceDE w:val="0"/>
        <w:autoSpaceDN w:val="0"/>
        <w:spacing w:before="70" w:after="0" w:line="240" w:lineRule="auto"/>
        <w:ind w:right="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а) слушание (расширение приёмов и навыков вдумчивого, осмысленного восприятия музыки;</w:t>
      </w:r>
      <w:r w:rsidR="00A0021B"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аналитической, оценочной, рефлексивной деятельности в связи с прослушанным музыкальным произведением);</w:t>
      </w:r>
    </w:p>
    <w:p w:rsidR="00A0021B" w:rsidRPr="002D41BD" w:rsidRDefault="00700640" w:rsidP="002D41BD">
      <w:pPr>
        <w:tabs>
          <w:tab w:val="left" w:pos="180"/>
        </w:tabs>
        <w:autoSpaceDE w:val="0"/>
        <w:autoSpaceDN w:val="0"/>
        <w:spacing w:before="70" w:after="0" w:line="240" w:lineRule="auto"/>
        <w:ind w:right="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б) исполнение (пение в различных манерах, составах, стилях; игра на доступных музыкальных инструментах, опыт исполнительской деятельности на электронных и виртуальных музыкальных инструментах); </w:t>
      </w:r>
      <w:r w:rsidRPr="002D41B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в) сочинение (элементы вокальной и инструментальной импровизации, композиции, аранжировки, в том числе с использованием цифровых программных продуктов); </w:t>
      </w:r>
      <w:r w:rsidR="00A0021B" w:rsidRPr="002D41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0021B" w:rsidRPr="002D41BD" w:rsidRDefault="00700640" w:rsidP="002D41BD">
      <w:pPr>
        <w:tabs>
          <w:tab w:val="left" w:pos="180"/>
        </w:tabs>
        <w:autoSpaceDE w:val="0"/>
        <w:autoSpaceDN w:val="0"/>
        <w:spacing w:before="70" w:after="0" w:line="240" w:lineRule="auto"/>
        <w:ind w:right="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г) музыкальное движение (пластическое интонирование, инсценировка, танец, двигательное моделирование и др.);</w:t>
      </w:r>
    </w:p>
    <w:p w:rsidR="00A0021B" w:rsidRPr="002D41BD" w:rsidRDefault="00700640" w:rsidP="002D41BD">
      <w:pPr>
        <w:tabs>
          <w:tab w:val="left" w:pos="180"/>
        </w:tabs>
        <w:autoSpaceDE w:val="0"/>
        <w:autoSpaceDN w:val="0"/>
        <w:spacing w:before="70" w:after="0" w:line="240" w:lineRule="auto"/>
        <w:ind w:right="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д) творческие проекты, музыкально-театральная деятельность (концерты, фестивали,</w:t>
      </w:r>
      <w:r w:rsidR="00A0021B" w:rsidRPr="002D41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представления);</w:t>
      </w:r>
    </w:p>
    <w:p w:rsidR="005415A0" w:rsidRPr="002D41BD" w:rsidRDefault="00700640" w:rsidP="002D41BD">
      <w:pPr>
        <w:tabs>
          <w:tab w:val="left" w:pos="180"/>
        </w:tabs>
        <w:autoSpaceDE w:val="0"/>
        <w:autoSpaceDN w:val="0"/>
        <w:spacing w:before="70" w:after="0" w:line="240" w:lineRule="auto"/>
        <w:ind w:right="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е) исследовательская деятельность на материале музыкального искусства.</w:t>
      </w:r>
    </w:p>
    <w:p w:rsidR="005415A0" w:rsidRPr="002D41BD" w:rsidRDefault="00700640" w:rsidP="002D41BD">
      <w:pPr>
        <w:autoSpaceDE w:val="0"/>
        <w:autoSpaceDN w:val="0"/>
        <w:spacing w:before="70" w:after="0" w:line="240" w:lineRule="auto"/>
        <w:ind w:firstLine="1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6.   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ориентации в истории развития музыкального искусства и современной музыкальной культуре.</w:t>
      </w:r>
    </w:p>
    <w:p w:rsidR="005415A0" w:rsidRPr="002D41BD" w:rsidRDefault="00700640" w:rsidP="002D41BD">
      <w:pPr>
        <w:autoSpaceDE w:val="0"/>
        <w:autoSpaceDN w:val="0"/>
        <w:spacing w:before="70" w:after="0" w:line="240" w:lineRule="auto"/>
        <w:ind w:firstLine="1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Программа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</w:t>
      </w:r>
    </w:p>
    <w:p w:rsidR="00A0021B" w:rsidRPr="002D41BD" w:rsidRDefault="00700640" w:rsidP="002D41BD">
      <w:pPr>
        <w:tabs>
          <w:tab w:val="left" w:pos="180"/>
        </w:tabs>
        <w:autoSpaceDE w:val="0"/>
        <w:autoSpaceDN w:val="0"/>
        <w:spacing w:before="70" w:after="0" w:line="240" w:lineRule="auto"/>
        <w:ind w:right="-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Содержание предмета «Музыка» структурно представлено девятью модулями (тематическими линиями), обеспечивающими преемственность с образовательной программой начального образования и непрерывность изучения предмета и образовательной области «Искусство» на протяжении всего курса школьного обучения: </w:t>
      </w:r>
    </w:p>
    <w:p w:rsidR="00A0021B" w:rsidRPr="002D41BD" w:rsidRDefault="00700640" w:rsidP="002D41BD">
      <w:pPr>
        <w:tabs>
          <w:tab w:val="left" w:pos="180"/>
        </w:tabs>
        <w:autoSpaceDE w:val="0"/>
        <w:autoSpaceDN w:val="0"/>
        <w:spacing w:before="70" w:after="0" w:line="240" w:lineRule="auto"/>
        <w:ind w:right="-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модуль № 1 «Музыка моего края»;</w:t>
      </w:r>
    </w:p>
    <w:p w:rsidR="00A0021B" w:rsidRPr="002D41BD" w:rsidRDefault="00700640" w:rsidP="002D41BD">
      <w:pPr>
        <w:tabs>
          <w:tab w:val="left" w:pos="180"/>
        </w:tabs>
        <w:autoSpaceDE w:val="0"/>
        <w:autoSpaceDN w:val="0"/>
        <w:spacing w:before="70" w:after="0" w:line="240" w:lineRule="auto"/>
        <w:ind w:right="-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модуль № 2 «Народное музыкальное творчество России»;</w:t>
      </w:r>
    </w:p>
    <w:p w:rsidR="00A0021B" w:rsidRPr="002D41BD" w:rsidRDefault="00700640" w:rsidP="002D41BD">
      <w:pPr>
        <w:tabs>
          <w:tab w:val="left" w:pos="180"/>
        </w:tabs>
        <w:autoSpaceDE w:val="0"/>
        <w:autoSpaceDN w:val="0"/>
        <w:spacing w:before="70" w:after="0" w:line="240" w:lineRule="auto"/>
        <w:ind w:right="-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модуль № 3 «Музыка народов мира»; </w:t>
      </w:r>
    </w:p>
    <w:p w:rsidR="00A0021B" w:rsidRPr="002D41BD" w:rsidRDefault="00700640" w:rsidP="002D41BD">
      <w:pPr>
        <w:tabs>
          <w:tab w:val="left" w:pos="180"/>
        </w:tabs>
        <w:autoSpaceDE w:val="0"/>
        <w:autoSpaceDN w:val="0"/>
        <w:spacing w:before="70" w:after="0" w:line="240" w:lineRule="auto"/>
        <w:ind w:right="-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модуль № 4 «Европейская классическая музыка»;</w:t>
      </w:r>
    </w:p>
    <w:p w:rsidR="00A0021B" w:rsidRPr="002D41BD" w:rsidRDefault="00700640" w:rsidP="002D41BD">
      <w:pPr>
        <w:tabs>
          <w:tab w:val="left" w:pos="180"/>
        </w:tabs>
        <w:autoSpaceDE w:val="0"/>
        <w:autoSpaceDN w:val="0"/>
        <w:spacing w:before="70" w:after="0" w:line="240" w:lineRule="auto"/>
        <w:ind w:right="-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модуль № 5 «Русская классическая музыка»;</w:t>
      </w:r>
    </w:p>
    <w:p w:rsidR="00A0021B" w:rsidRPr="002D41BD" w:rsidRDefault="00700640" w:rsidP="002D41BD">
      <w:pPr>
        <w:tabs>
          <w:tab w:val="left" w:pos="180"/>
        </w:tabs>
        <w:autoSpaceDE w:val="0"/>
        <w:autoSpaceDN w:val="0"/>
        <w:spacing w:before="70" w:after="0" w:line="240" w:lineRule="auto"/>
        <w:ind w:right="-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модуль № 6 «Истоки и образы русской и европейской духовной музыки»;</w:t>
      </w:r>
    </w:p>
    <w:p w:rsidR="00A0021B" w:rsidRPr="002D41BD" w:rsidRDefault="00700640" w:rsidP="002D41BD">
      <w:pPr>
        <w:tabs>
          <w:tab w:val="left" w:pos="180"/>
        </w:tabs>
        <w:autoSpaceDE w:val="0"/>
        <w:autoSpaceDN w:val="0"/>
        <w:spacing w:before="70" w:after="0" w:line="240" w:lineRule="auto"/>
        <w:ind w:right="-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модуль № 7 «Современная музыка: основные жанры и направления»; </w:t>
      </w:r>
    </w:p>
    <w:p w:rsidR="00A0021B" w:rsidRPr="002D41BD" w:rsidRDefault="00700640" w:rsidP="002D41BD">
      <w:pPr>
        <w:tabs>
          <w:tab w:val="left" w:pos="180"/>
        </w:tabs>
        <w:autoSpaceDE w:val="0"/>
        <w:autoSpaceDN w:val="0"/>
        <w:spacing w:before="70" w:after="0" w:line="240" w:lineRule="auto"/>
        <w:ind w:right="-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модуль № 8 «Связь музыки с другими видами искусства»;</w:t>
      </w:r>
    </w:p>
    <w:p w:rsidR="005415A0" w:rsidRPr="002D41BD" w:rsidRDefault="00700640" w:rsidP="002D41BD">
      <w:pPr>
        <w:tabs>
          <w:tab w:val="left" w:pos="180"/>
        </w:tabs>
        <w:autoSpaceDE w:val="0"/>
        <w:autoSpaceDN w:val="0"/>
        <w:spacing w:before="70" w:after="0" w:line="240" w:lineRule="auto"/>
        <w:ind w:right="-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модуль № 9 «Жанры музыкального искусства».</w:t>
      </w:r>
    </w:p>
    <w:p w:rsidR="005415A0" w:rsidRPr="002D41BD" w:rsidRDefault="00700640" w:rsidP="002D41BD">
      <w:pPr>
        <w:autoSpaceDE w:val="0"/>
        <w:autoSpaceDN w:val="0"/>
        <w:spacing w:before="264"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МЕСТО УЧЕБНОГО ПРЕДМЕТА «МУЗЫКА» В УЧЕБНОМ ПЛАНЕ</w:t>
      </w:r>
    </w:p>
    <w:p w:rsidR="005415A0" w:rsidRPr="002D41BD" w:rsidRDefault="00700640" w:rsidP="002D41BD">
      <w:pPr>
        <w:autoSpaceDE w:val="0"/>
        <w:autoSpaceDN w:val="0"/>
        <w:spacing w:before="166" w:after="0" w:line="240" w:lineRule="auto"/>
        <w:ind w:right="144" w:firstLine="1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 соответствии с Федеральным государственным образовательным стандартом основного общего образования учебный предмет «Музыка» входит в предметную область «Искусство», является обязательным для изучения и преподаётся в основной школе с 5 по 8 класс включительно.</w:t>
      </w:r>
    </w:p>
    <w:p w:rsidR="005415A0" w:rsidRPr="002D41BD" w:rsidRDefault="00700640" w:rsidP="002D41BD">
      <w:pPr>
        <w:autoSpaceDE w:val="0"/>
        <w:autoSpaceDN w:val="0"/>
        <w:spacing w:before="70" w:after="0" w:line="240" w:lineRule="auto"/>
        <w:ind w:right="144" w:firstLine="1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Изучение предмета «Музыка» предполагает активную социокультурную деятельность </w:t>
      </w:r>
      <w:r w:rsidRPr="002D41B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обучающихся, участие в исследовательских и творческих проектах, в том числе основанных на межпредметных связях с такими дисциплинами образовательной программы, как «Изобразительное искусство», «Литература», «География», «История», «Обществознание», «Иностранный язык» и др. Общее число часов, отведённых на изучение предмета «Музыка» в 5 классе составляет 34 часа (не менее 1 часа в неделю).</w:t>
      </w:r>
    </w:p>
    <w:p w:rsidR="005415A0" w:rsidRPr="002D41BD" w:rsidRDefault="00285E89" w:rsidP="00285E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415A0" w:rsidRPr="002D41BD" w:rsidRDefault="00700640" w:rsidP="002D41BD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СОДЕРЖАНИЕ УЧЕБНОГО ПРЕДМЕТА </w:t>
      </w:r>
    </w:p>
    <w:p w:rsidR="00285E89" w:rsidRDefault="00700640" w:rsidP="002D41BD">
      <w:pPr>
        <w:tabs>
          <w:tab w:val="left" w:pos="180"/>
        </w:tabs>
        <w:autoSpaceDE w:val="0"/>
        <w:autoSpaceDN w:val="0"/>
        <w:spacing w:before="346" w:after="0" w:line="240" w:lineRule="auto"/>
        <w:ind w:right="28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Модуль </w:t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«</w:t>
      </w:r>
      <w:r w:rsidRPr="002D41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МУЗЫКА МОЕГО КРАЯ</w:t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»</w:t>
      </w:r>
      <w:r w:rsidR="00285E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85E89" w:rsidRDefault="00700640" w:rsidP="00285E89">
      <w:pPr>
        <w:tabs>
          <w:tab w:val="left" w:pos="180"/>
        </w:tabs>
        <w:autoSpaceDE w:val="0"/>
        <w:autoSpaceDN w:val="0"/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Фольклор — народное творчество </w:t>
      </w:r>
    </w:p>
    <w:p w:rsidR="00285E89" w:rsidRDefault="00700640" w:rsidP="00285E89">
      <w:pPr>
        <w:tabs>
          <w:tab w:val="left" w:pos="180"/>
        </w:tabs>
        <w:autoSpaceDE w:val="0"/>
        <w:autoSpaceDN w:val="0"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Традиционная музыка — отражение жизни народа. Жанры детского и игрового фольклора (игры, пляски, хороводы и др.).</w:t>
      </w:r>
    </w:p>
    <w:p w:rsidR="00285E89" w:rsidRDefault="00700640" w:rsidP="00285E89">
      <w:pPr>
        <w:tabs>
          <w:tab w:val="left" w:pos="180"/>
        </w:tabs>
        <w:autoSpaceDE w:val="0"/>
        <w:autoSpaceDN w:val="0"/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</w:t>
      </w:r>
      <w:proofErr w:type="spellStart"/>
      <w:r w:rsidRPr="002D41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одуль</w:t>
      </w:r>
      <w:proofErr w:type="spellEnd"/>
      <w:r w:rsidRPr="002D41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«НАРОДНОЕ МУЗЫКАЛЬНОЕ ТВОРЧЕСТВО РОССИИ»</w:t>
      </w:r>
    </w:p>
    <w:p w:rsidR="00285E89" w:rsidRDefault="00700640" w:rsidP="00285E89">
      <w:pPr>
        <w:tabs>
          <w:tab w:val="left" w:pos="180"/>
        </w:tabs>
        <w:autoSpaceDE w:val="0"/>
        <w:autoSpaceDN w:val="0"/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Россия — наш общий дом </w:t>
      </w:r>
    </w:p>
    <w:p w:rsidR="00285E89" w:rsidRDefault="00700640" w:rsidP="00285E89">
      <w:pPr>
        <w:tabs>
          <w:tab w:val="left" w:pos="180"/>
        </w:tabs>
        <w:autoSpaceDE w:val="0"/>
        <w:autoSpaceDN w:val="0"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Богатство и разнообразие фольклорных традиций народов нашей страны. Музыка наших соседей, музыка других регионов.</w:t>
      </w:r>
    </w:p>
    <w:p w:rsidR="00285E89" w:rsidRDefault="00700640" w:rsidP="00285E89">
      <w:pPr>
        <w:tabs>
          <w:tab w:val="left" w:pos="180"/>
        </w:tabs>
        <w:autoSpaceDE w:val="0"/>
        <w:autoSpaceDN w:val="0"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</w:t>
      </w:r>
      <w:proofErr w:type="spellStart"/>
      <w:r w:rsidRPr="002D41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одуль</w:t>
      </w:r>
      <w:proofErr w:type="spellEnd"/>
      <w:r w:rsidRPr="002D41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«ЖАНРЫ МУЗЫКАЛЬНОГО ИСКУССТВА»</w:t>
      </w:r>
    </w:p>
    <w:p w:rsidR="00285E89" w:rsidRDefault="00700640" w:rsidP="00285E89">
      <w:pPr>
        <w:tabs>
          <w:tab w:val="left" w:pos="180"/>
        </w:tabs>
        <w:autoSpaceDE w:val="0"/>
        <w:autoSpaceDN w:val="0"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Камерная музыка</w:t>
      </w:r>
    </w:p>
    <w:p w:rsidR="00285E89" w:rsidRDefault="00700640" w:rsidP="00285E89">
      <w:pPr>
        <w:tabs>
          <w:tab w:val="left" w:pos="180"/>
        </w:tabs>
        <w:autoSpaceDE w:val="0"/>
        <w:autoSpaceDN w:val="0"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Жанры камерной вокальной музыки (песня, романс, вокализ </w:t>
      </w:r>
      <w:proofErr w:type="spellStart"/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идр</w:t>
      </w:r>
      <w:proofErr w:type="spellEnd"/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.). Инструментальная миниатюра (вальс, ноктюрн, прелюдия, каприс и др.). Одночастная, двухчастная, трёхчастная репризная форма. Куплетная форма.</w:t>
      </w:r>
    </w:p>
    <w:p w:rsidR="00285E89" w:rsidRDefault="00700640" w:rsidP="00285E89">
      <w:pPr>
        <w:tabs>
          <w:tab w:val="left" w:pos="180"/>
        </w:tabs>
        <w:autoSpaceDE w:val="0"/>
        <w:autoSpaceDN w:val="0"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</w:t>
      </w:r>
      <w:proofErr w:type="spellStart"/>
      <w:r w:rsidRPr="002D41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одуль</w:t>
      </w:r>
      <w:proofErr w:type="spellEnd"/>
      <w:r w:rsidRPr="002D41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«РУССКАЯ КЛАССИЧЕСКАЯ МУЗЫКА»</w:t>
      </w:r>
    </w:p>
    <w:p w:rsidR="00285E89" w:rsidRDefault="00700640" w:rsidP="00285E89">
      <w:pPr>
        <w:tabs>
          <w:tab w:val="left" w:pos="180"/>
        </w:tabs>
        <w:autoSpaceDE w:val="0"/>
        <w:autoSpaceDN w:val="0"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Образы родной земли</w:t>
      </w:r>
    </w:p>
    <w:p w:rsidR="00285E89" w:rsidRDefault="00700640" w:rsidP="00285E89">
      <w:pPr>
        <w:tabs>
          <w:tab w:val="left" w:pos="180"/>
        </w:tabs>
        <w:autoSpaceDE w:val="0"/>
        <w:autoSpaceDN w:val="0"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Вокальная музыка на стихи русских поэтов, программные инструментальные произведения, посвящённые картинам русской природы, народного быта, сказкам, легендам (на примере творчества М. И. Глинки, С. В. Рахманинова, В. А. Гаврилина и др.).</w:t>
      </w:r>
    </w:p>
    <w:p w:rsidR="00285E89" w:rsidRDefault="00700640" w:rsidP="00285E89">
      <w:pPr>
        <w:tabs>
          <w:tab w:val="left" w:pos="180"/>
        </w:tabs>
        <w:autoSpaceDE w:val="0"/>
        <w:autoSpaceDN w:val="0"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</w:t>
      </w:r>
      <w:proofErr w:type="spellStart"/>
      <w:r w:rsidRPr="002D41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одуль</w:t>
      </w:r>
      <w:proofErr w:type="spellEnd"/>
      <w:r w:rsidRPr="002D41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«МУЗЫКА НАРОДОВ МИРА»</w:t>
      </w:r>
    </w:p>
    <w:p w:rsidR="00285E89" w:rsidRDefault="00700640" w:rsidP="00285E89">
      <w:pPr>
        <w:tabs>
          <w:tab w:val="left" w:pos="180"/>
        </w:tabs>
        <w:autoSpaceDE w:val="0"/>
        <w:autoSpaceDN w:val="0"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Музыкальный фольклор народов Европы </w:t>
      </w:r>
    </w:p>
    <w:p w:rsidR="00285E89" w:rsidRDefault="00700640" w:rsidP="00285E89">
      <w:pPr>
        <w:tabs>
          <w:tab w:val="left" w:pos="180"/>
        </w:tabs>
        <w:autoSpaceDE w:val="0"/>
        <w:autoSpaceDN w:val="0"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Интонации и ритмы, формы и жанры европейского фольклора. Отражение европейского фольклора в творчестве профессиональных композиторов.</w:t>
      </w:r>
    </w:p>
    <w:p w:rsidR="00285E89" w:rsidRDefault="00700640" w:rsidP="00285E89">
      <w:pPr>
        <w:tabs>
          <w:tab w:val="left" w:pos="180"/>
        </w:tabs>
        <w:autoSpaceDE w:val="0"/>
        <w:autoSpaceDN w:val="0"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</w:t>
      </w:r>
      <w:proofErr w:type="spellStart"/>
      <w:r w:rsidRPr="002D41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одуль</w:t>
      </w:r>
      <w:proofErr w:type="spellEnd"/>
      <w:r w:rsidRPr="002D41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«ЕВРОПЕЙСКАЯ КЛАССИЧЕСКАЯ МУЗЫКА»</w:t>
      </w:r>
    </w:p>
    <w:p w:rsidR="00285E89" w:rsidRDefault="00700640" w:rsidP="00285E89">
      <w:pPr>
        <w:tabs>
          <w:tab w:val="left" w:pos="180"/>
        </w:tabs>
        <w:autoSpaceDE w:val="0"/>
        <w:autoSpaceDN w:val="0"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Национальные истоки классической музыки </w:t>
      </w:r>
    </w:p>
    <w:p w:rsidR="00285E89" w:rsidRDefault="00700640" w:rsidP="00285E89">
      <w:pPr>
        <w:tabs>
          <w:tab w:val="left" w:pos="180"/>
        </w:tabs>
        <w:autoSpaceDE w:val="0"/>
        <w:autoSpaceDN w:val="0"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Национальный музыкальный стиль на примере творчества Ф. Шопена, Э. Грига и др. </w:t>
      </w: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Значение и роль композитора — основоположника национальной классической музыки. Характерные жанры, образы, элементы музыкального языка.</w:t>
      </w:r>
    </w:p>
    <w:p w:rsidR="00285E89" w:rsidRDefault="00700640" w:rsidP="00285E89">
      <w:pPr>
        <w:tabs>
          <w:tab w:val="left" w:pos="180"/>
        </w:tabs>
        <w:autoSpaceDE w:val="0"/>
        <w:autoSpaceDN w:val="0"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</w:t>
      </w:r>
      <w:proofErr w:type="spellStart"/>
      <w:r w:rsidRPr="002D41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одуль</w:t>
      </w:r>
      <w:proofErr w:type="spellEnd"/>
      <w:r w:rsidRPr="002D41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«ИСТОКИ И ОБРАЗЫ РУССКОЙ И ЕВРОПЕЙСКОЙ ДУХОВНОЙ МУЗЫКИ»</w:t>
      </w: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Храмовый синтез искусств </w:t>
      </w:r>
    </w:p>
    <w:p w:rsidR="00285E89" w:rsidRDefault="00700640" w:rsidP="00285E89">
      <w:pPr>
        <w:tabs>
          <w:tab w:val="left" w:pos="180"/>
        </w:tabs>
        <w:autoSpaceDE w:val="0"/>
        <w:autoSpaceDN w:val="0"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Музыка православного и католического богослужения (колокола, пение </w:t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</w:rPr>
        <w:t>capella</w:t>
      </w:r>
      <w:proofErr w:type="spellEnd"/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/ пение в сопровождении органа).</w:t>
      </w:r>
    </w:p>
    <w:p w:rsidR="00285E89" w:rsidRDefault="00700640" w:rsidP="00285E89">
      <w:pPr>
        <w:tabs>
          <w:tab w:val="left" w:pos="180"/>
        </w:tabs>
        <w:autoSpaceDE w:val="0"/>
        <w:autoSpaceDN w:val="0"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Основные жанры, традиции. Образы Христа, Богородицы, Рождества, Воскресения.</w:t>
      </w:r>
    </w:p>
    <w:p w:rsidR="00285E89" w:rsidRDefault="00700640" w:rsidP="00285E89">
      <w:pPr>
        <w:tabs>
          <w:tab w:val="left" w:pos="180"/>
        </w:tabs>
        <w:autoSpaceDE w:val="0"/>
        <w:autoSpaceDN w:val="0"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</w:t>
      </w:r>
      <w:proofErr w:type="spellStart"/>
      <w:r w:rsidRPr="002D41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одуль</w:t>
      </w:r>
      <w:proofErr w:type="spellEnd"/>
      <w:r w:rsidRPr="002D41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«СВЯЗЬ МУЗЫКИ С ДРУГИМИ ВИДАМИ ИСКУССТВА»</w:t>
      </w:r>
    </w:p>
    <w:p w:rsidR="00285E89" w:rsidRDefault="00700640" w:rsidP="00285E89">
      <w:pPr>
        <w:tabs>
          <w:tab w:val="left" w:pos="180"/>
        </w:tabs>
        <w:autoSpaceDE w:val="0"/>
        <w:autoSpaceDN w:val="0"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Музыка и живопись</w:t>
      </w:r>
    </w:p>
    <w:p w:rsidR="00285E89" w:rsidRDefault="00700640" w:rsidP="00285E89">
      <w:pPr>
        <w:tabs>
          <w:tab w:val="left" w:pos="180"/>
        </w:tabs>
        <w:autoSpaceDE w:val="0"/>
        <w:autoSpaceDN w:val="0"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Выразительные средства музыкального и изобразительного искусства. Аналогии: ритм, композиция, линия — мелодия, пятно — созвучие, колорит — тембр, </w:t>
      </w:r>
      <w:proofErr w:type="spellStart"/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светлотность</w:t>
      </w:r>
      <w:proofErr w:type="spellEnd"/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— динамика и т.д.</w:t>
      </w:r>
    </w:p>
    <w:p w:rsidR="00285E89" w:rsidRDefault="00700640" w:rsidP="00285E89">
      <w:pPr>
        <w:tabs>
          <w:tab w:val="left" w:pos="180"/>
        </w:tabs>
        <w:autoSpaceDE w:val="0"/>
        <w:autoSpaceDN w:val="0"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Программная музыка. Импрессионизм (на примере творчества французских </w:t>
      </w:r>
      <w:proofErr w:type="spellStart"/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клавесинистов</w:t>
      </w:r>
      <w:proofErr w:type="spellEnd"/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К. Дебюсси, А. К. </w:t>
      </w:r>
      <w:proofErr w:type="spellStart"/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Лядова</w:t>
      </w:r>
      <w:proofErr w:type="spellEnd"/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и др.)</w:t>
      </w:r>
    </w:p>
    <w:p w:rsidR="00285E89" w:rsidRDefault="00700640" w:rsidP="00285E89">
      <w:pPr>
        <w:tabs>
          <w:tab w:val="left" w:pos="180"/>
        </w:tabs>
        <w:autoSpaceDE w:val="0"/>
        <w:autoSpaceDN w:val="0"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b/>
          <w:color w:val="0F0F5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b/>
          <w:color w:val="0F0F50"/>
          <w:sz w:val="28"/>
          <w:szCs w:val="28"/>
        </w:rPr>
        <w:t>M</w:t>
      </w:r>
      <w:proofErr w:type="spellStart"/>
      <w:r w:rsidRPr="002D41BD">
        <w:rPr>
          <w:rFonts w:ascii="Times New Roman" w:eastAsia="Times New Roman" w:hAnsi="Times New Roman" w:cs="Times New Roman"/>
          <w:b/>
          <w:color w:val="0F0F50"/>
          <w:sz w:val="28"/>
          <w:szCs w:val="28"/>
          <w:lang w:val="ru-RU"/>
        </w:rPr>
        <w:t>одуль</w:t>
      </w:r>
      <w:proofErr w:type="spellEnd"/>
      <w:r w:rsidRPr="002D41BD">
        <w:rPr>
          <w:rFonts w:ascii="Times New Roman" w:eastAsia="Times New Roman" w:hAnsi="Times New Roman" w:cs="Times New Roman"/>
          <w:b/>
          <w:color w:val="0F0F50"/>
          <w:sz w:val="28"/>
          <w:szCs w:val="28"/>
          <w:lang w:val="ru-RU"/>
        </w:rPr>
        <w:t xml:space="preserve"> «СОВРЕМЕННАЯ МУЗЫКА: ОСНОВНЫЕ ЖАНРЫ И НАПРАВЛЕНИЯ »</w:t>
      </w:r>
    </w:p>
    <w:p w:rsidR="00285E89" w:rsidRDefault="00700640" w:rsidP="00285E89">
      <w:pPr>
        <w:tabs>
          <w:tab w:val="left" w:pos="180"/>
        </w:tabs>
        <w:autoSpaceDE w:val="0"/>
        <w:autoSpaceDN w:val="0"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Джаз</w:t>
      </w:r>
    </w:p>
    <w:p w:rsidR="005415A0" w:rsidRDefault="00700640" w:rsidP="00285E89">
      <w:pPr>
        <w:tabs>
          <w:tab w:val="left" w:pos="180"/>
        </w:tabs>
        <w:autoSpaceDE w:val="0"/>
        <w:autoSpaceDN w:val="0"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Джаз — основа популярной музыки </w:t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</w:rPr>
        <w:t>XX</w:t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века. Особенности джазового языка и стиля (свинг, синкопы, ударные и духовые инструменты, </w:t>
      </w:r>
      <w:r w:rsidR="00285E89"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вопроса</w:t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-ответная структура мотивов, гармоническая</w:t>
      </w:r>
      <w:r w:rsidR="00285E8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сетка, импровизация)</w:t>
      </w:r>
    </w:p>
    <w:p w:rsidR="00285E89" w:rsidRPr="002D41BD" w:rsidRDefault="00285E89" w:rsidP="00285E89">
      <w:pPr>
        <w:tabs>
          <w:tab w:val="left" w:pos="180"/>
        </w:tabs>
        <w:autoSpaceDE w:val="0"/>
        <w:autoSpaceDN w:val="0"/>
        <w:spacing w:after="0" w:line="240" w:lineRule="auto"/>
        <w:ind w:right="4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85E89" w:rsidRDefault="00700640" w:rsidP="00285E8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ПЛАНИРУЕМЫЕ ОБРАЗОВАТЕЛЬНЫЕ РЕЗУЛЬТАТЫ</w:t>
      </w:r>
    </w:p>
    <w:p w:rsidR="00285E89" w:rsidRDefault="00700640" w:rsidP="00285E8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Специфика эстетического содержания предмета «Музыка» обусловливает тесное взаимодействие, смысловое единство трёх групп результатов: личностных, метапредметных и предметных.</w:t>
      </w:r>
    </w:p>
    <w:p w:rsidR="00285E89" w:rsidRDefault="00700640" w:rsidP="00285E8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ЛИЧНОСТНЫЕ РЕЗУЛЬТАТЫ</w:t>
      </w:r>
    </w:p>
    <w:p w:rsidR="00285E89" w:rsidRDefault="00700640" w:rsidP="00285E8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Личностные результаты освоения рабочей программы по музыке для основного общего</w:t>
      </w:r>
      <w:r w:rsidR="00A0021B" w:rsidRPr="002D41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образования достигаются во взаимодействии учебной и воспитательной работы, урочной и</w:t>
      </w:r>
      <w:r w:rsidR="00A0021B" w:rsidRPr="002D41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внеурочной деятельности. Они должны отражать готовность обучающихся руководствоваться системой позитивных ценностных ориентаций, в том числе в части: </w:t>
      </w:r>
      <w:r w:rsidR="00A0021B" w:rsidRPr="002D41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85E89" w:rsidRDefault="00700640" w:rsidP="00285E8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Гражданско-патриотического воспитания: </w:t>
      </w:r>
      <w:r w:rsidR="00A0021B" w:rsidRPr="002D41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5E89" w:rsidRDefault="00700640" w:rsidP="00285E8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осознание российской гражданской идентичности; знание Гимна России и традиций его</w:t>
      </w:r>
      <w:r w:rsidR="00A0021B" w:rsidRPr="002D41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исполнения, уважение музыкальных символов и традиций республик Российской Федерации; проявление интереса к освоению музыкальных традиций своего края, музыкальной культуры народов России; уважение к достижениям отечественных мастеров культуры; стремление участвовать в творческой жизни своей школы, города, республики.</w:t>
      </w:r>
    </w:p>
    <w:p w:rsidR="00285E89" w:rsidRDefault="00700640" w:rsidP="00285E8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Духовно-нравственного воспитания: </w:t>
      </w:r>
      <w:r w:rsidR="00A0021B" w:rsidRPr="002D41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285E89" w:rsidRDefault="00700640" w:rsidP="00285E8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признание индивидуальности каждого человека; проявление сопереживания, уважения и доброжелательности; 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285E89" w:rsidRDefault="00700640" w:rsidP="00285E8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Эстетического воспитания: </w:t>
      </w:r>
      <w:r w:rsidR="00A0021B" w:rsidRPr="002D41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5E89" w:rsidRDefault="00700640" w:rsidP="00285E8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восприимчивость к различным видам искусства, музыкальным традициям и творчеству своего и других народов; умение видеть прекрасное в жизни, наслаждаться красотой; стремление к самовыражению в разных видах искусства.</w:t>
      </w:r>
    </w:p>
    <w:p w:rsidR="00285E89" w:rsidRDefault="00700640" w:rsidP="00285E8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Ценности научного познания: </w:t>
      </w:r>
      <w:r w:rsidR="00A0021B" w:rsidRPr="002D41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5E89" w:rsidRDefault="00700640" w:rsidP="00285E8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 познании.</w:t>
      </w:r>
    </w:p>
    <w:p w:rsidR="00285E89" w:rsidRDefault="00700640" w:rsidP="00285E8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Физического воспитания, формирования культуры здоровья и эмоционального благополучия: </w:t>
      </w: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соблюдение правил здорового и безопасного (для себя и других людей) образа жизни в окружающей среде; 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 профилактика умственного и физического утомления с использованием возможностей музыкотерапии.</w:t>
      </w:r>
    </w:p>
    <w:p w:rsidR="00285E89" w:rsidRDefault="00700640" w:rsidP="00285E8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Трудового воспитания: </w:t>
      </w:r>
    </w:p>
    <w:p w:rsidR="00285E89" w:rsidRDefault="00700640" w:rsidP="00285E8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285E89" w:rsidRDefault="00700640" w:rsidP="00285E8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>Экологического воспитания:</w:t>
      </w:r>
    </w:p>
    <w:p w:rsidR="00285E89" w:rsidRDefault="00700640" w:rsidP="00285E8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бережное отношение к природе; неприятие действий, приносящих ей вред.</w:t>
      </w:r>
    </w:p>
    <w:p w:rsidR="00285E89" w:rsidRDefault="00700640" w:rsidP="00285E8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МЕТАПРЕДМЕТНЫЕ РЕЗУЛЬТАТЫ</w:t>
      </w:r>
    </w:p>
    <w:p w:rsidR="00285E89" w:rsidRDefault="00700640" w:rsidP="00285E8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Метапредметные результаты освоения основной образовательной программы, формируемые при изучении предмета «Музыка»: </w:t>
      </w:r>
      <w:r w:rsidR="00A0021B" w:rsidRPr="002D41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85E89" w:rsidRPr="00285E89" w:rsidRDefault="00700640" w:rsidP="00CA3D77">
      <w:pPr>
        <w:pStyle w:val="ae"/>
        <w:numPr>
          <w:ilvl w:val="0"/>
          <w:numId w:val="11"/>
        </w:numPr>
        <w:autoSpaceDE w:val="0"/>
        <w:autoSpaceDN w:val="0"/>
        <w:spacing w:after="0" w:line="240" w:lineRule="auto"/>
        <w:ind w:left="0" w:firstLine="33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285E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Овладение универсальными познавательными действиями.</w:t>
      </w:r>
    </w:p>
    <w:p w:rsidR="00285E89" w:rsidRPr="00285E89" w:rsidRDefault="00700640" w:rsidP="00285E89">
      <w:pPr>
        <w:tabs>
          <w:tab w:val="left" w:pos="180"/>
        </w:tabs>
        <w:autoSpaceDE w:val="0"/>
        <w:autoSpaceDN w:val="0"/>
        <w:spacing w:before="70" w:after="0" w:line="240" w:lineRule="auto"/>
        <w:ind w:left="720" w:right="14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85E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Базовые логические действия:</w:t>
      </w:r>
      <w:r w:rsidR="00A0021B" w:rsidRPr="00285E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5E89" w:rsidRDefault="00700640" w:rsidP="00285E89">
      <w:pPr>
        <w:tabs>
          <w:tab w:val="left" w:pos="180"/>
        </w:tabs>
        <w:autoSpaceDE w:val="0"/>
        <w:autoSpaceDN w:val="0"/>
        <w:spacing w:before="70" w:after="0" w:line="240" w:lineRule="auto"/>
        <w:ind w:left="720" w:right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85E89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85E8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 сравнивать музыкальные звуки, звуковые сочетания, произведения, жанры; устанавливать основания для сравнения, объединять элементы музыкального звучания по определённому признаку;</w:t>
      </w:r>
    </w:p>
    <w:p w:rsidR="00285E89" w:rsidRDefault="00700640" w:rsidP="00285E89">
      <w:pPr>
        <w:tabs>
          <w:tab w:val="left" w:pos="180"/>
        </w:tabs>
        <w:autoSpaceDE w:val="0"/>
        <w:autoSpaceDN w:val="0"/>
        <w:spacing w:before="70" w:after="0" w:line="240" w:lineRule="auto"/>
        <w:ind w:left="720" w:right="14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 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 др.</w:t>
      </w:r>
      <w:proofErr w:type="gramStart"/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);находить</w:t>
      </w:r>
      <w:proofErr w:type="gramEnd"/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</w:t>
      </w:r>
      <w:r w:rsidR="00A0021B" w:rsidRPr="002D41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предложенного учителем алгоритма;</w:t>
      </w:r>
      <w:r w:rsidR="00A0021B" w:rsidRPr="002D41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85E89" w:rsidRDefault="00700640" w:rsidP="00285E89">
      <w:pPr>
        <w:tabs>
          <w:tab w:val="left" w:pos="180"/>
        </w:tabs>
        <w:autoSpaceDE w:val="0"/>
        <w:autoSpaceDN w:val="0"/>
        <w:spacing w:before="70" w:after="0" w:line="240" w:lineRule="auto"/>
        <w:ind w:left="720" w:right="14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 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  <w:r w:rsidR="00A0021B" w:rsidRPr="002D41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85E89" w:rsidRDefault="00700640" w:rsidP="00285E89">
      <w:pPr>
        <w:tabs>
          <w:tab w:val="left" w:pos="180"/>
        </w:tabs>
        <w:autoSpaceDE w:val="0"/>
        <w:autoSpaceDN w:val="0"/>
        <w:spacing w:before="70" w:after="0" w:line="240" w:lineRule="auto"/>
        <w:ind w:left="720" w:right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 устанавливать причинно-следственные связи в ситуациях музыкального восприятия и исполнения, делать выводы.</w:t>
      </w:r>
    </w:p>
    <w:p w:rsidR="00CA3D77" w:rsidRDefault="00700640" w:rsidP="00CA3D77">
      <w:pPr>
        <w:tabs>
          <w:tab w:val="left" w:pos="180"/>
        </w:tabs>
        <w:autoSpaceDE w:val="0"/>
        <w:autoSpaceDN w:val="0"/>
        <w:spacing w:before="70" w:after="0" w:line="240" w:lineRule="auto"/>
        <w:ind w:left="720" w:right="14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Базовые исследовательские действия: </w:t>
      </w:r>
      <w:r w:rsidR="00A0021B" w:rsidRPr="00CA3D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A3D77" w:rsidRDefault="00700640" w:rsidP="00CA3D77">
      <w:pPr>
        <w:tabs>
          <w:tab w:val="left" w:pos="180"/>
        </w:tabs>
        <w:autoSpaceDE w:val="0"/>
        <w:autoSpaceDN w:val="0"/>
        <w:spacing w:before="70" w:after="0" w:line="240" w:lineRule="auto"/>
        <w:ind w:left="720" w:right="14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</w:t>
      </w:r>
      <w:r w:rsidR="00A0021B" w:rsidRPr="002D41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исполнительских навыков; </w:t>
      </w:r>
      <w:r w:rsidR="00A0021B" w:rsidRPr="002D41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A3D77" w:rsidRDefault="00700640" w:rsidP="00CA3D77">
      <w:pPr>
        <w:tabs>
          <w:tab w:val="left" w:pos="180"/>
        </w:tabs>
        <w:autoSpaceDE w:val="0"/>
        <w:autoSpaceDN w:val="0"/>
        <w:spacing w:before="70" w:after="0" w:line="240" w:lineRule="auto"/>
        <w:ind w:left="720" w:right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музицирования</w:t>
      </w:r>
      <w:proofErr w:type="spellEnd"/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; </w:t>
      </w:r>
    </w:p>
    <w:p w:rsidR="00CA3D77" w:rsidRDefault="00700640" w:rsidP="00CA3D77">
      <w:pPr>
        <w:tabs>
          <w:tab w:val="left" w:pos="180"/>
        </w:tabs>
        <w:autoSpaceDE w:val="0"/>
        <w:autoSpaceDN w:val="0"/>
        <w:spacing w:before="70" w:after="0" w:line="240" w:lineRule="auto"/>
        <w:ind w:left="720" w:right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CA3D77" w:rsidRDefault="00700640" w:rsidP="00CA3D77">
      <w:pPr>
        <w:tabs>
          <w:tab w:val="left" w:pos="180"/>
        </w:tabs>
        <w:autoSpaceDE w:val="0"/>
        <w:autoSpaceDN w:val="0"/>
        <w:spacing w:before="70" w:after="0" w:line="240" w:lineRule="auto"/>
        <w:ind w:left="720" w:right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— целое</w:t>
      </w:r>
      <w:r w:rsidR="002D41BD"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причина — следствие);</w:t>
      </w:r>
    </w:p>
    <w:p w:rsidR="00CA3D77" w:rsidRDefault="00700640" w:rsidP="00CA3D77">
      <w:pPr>
        <w:tabs>
          <w:tab w:val="left" w:pos="180"/>
        </w:tabs>
        <w:autoSpaceDE w:val="0"/>
        <w:autoSpaceDN w:val="0"/>
        <w:spacing w:before="70" w:after="0" w:line="240" w:lineRule="auto"/>
        <w:ind w:left="720" w:right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CA3D77" w:rsidRDefault="00700640" w:rsidP="00CA3D77">
      <w:pPr>
        <w:tabs>
          <w:tab w:val="left" w:pos="180"/>
        </w:tabs>
        <w:autoSpaceDE w:val="0"/>
        <w:autoSpaceDN w:val="0"/>
        <w:spacing w:before="70" w:after="0" w:line="240" w:lineRule="auto"/>
        <w:ind w:left="720" w:right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CA3D77" w:rsidRDefault="00700640" w:rsidP="00CA3D77">
      <w:pPr>
        <w:tabs>
          <w:tab w:val="left" w:pos="180"/>
        </w:tabs>
        <w:autoSpaceDE w:val="0"/>
        <w:autoSpaceDN w:val="0"/>
        <w:spacing w:before="70" w:after="0" w:line="240" w:lineRule="auto"/>
        <w:ind w:left="720" w:right="14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Работа с информацией:</w:t>
      </w:r>
    </w:p>
    <w:p w:rsidR="00CA3D77" w:rsidRDefault="00700640" w:rsidP="00CA3D77">
      <w:pPr>
        <w:tabs>
          <w:tab w:val="left" w:pos="180"/>
        </w:tabs>
        <w:autoSpaceDE w:val="0"/>
        <w:autoSpaceDN w:val="0"/>
        <w:spacing w:before="70" w:after="0" w:line="240" w:lineRule="auto"/>
        <w:ind w:left="720" w:right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выбирать источник получения информации; </w:t>
      </w:r>
    </w:p>
    <w:p w:rsidR="00CA3D77" w:rsidRDefault="00700640" w:rsidP="00CA3D77">
      <w:pPr>
        <w:tabs>
          <w:tab w:val="left" w:pos="180"/>
        </w:tabs>
        <w:autoSpaceDE w:val="0"/>
        <w:autoSpaceDN w:val="0"/>
        <w:spacing w:before="70" w:after="0" w:line="240" w:lineRule="auto"/>
        <w:ind w:left="720" w:right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CA3D77" w:rsidRDefault="00700640" w:rsidP="00CA3D77">
      <w:pPr>
        <w:tabs>
          <w:tab w:val="left" w:pos="180"/>
        </w:tabs>
        <w:autoSpaceDE w:val="0"/>
        <w:autoSpaceDN w:val="0"/>
        <w:spacing w:before="70" w:after="0" w:line="240" w:lineRule="auto"/>
        <w:ind w:left="720" w:right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CA3D77" w:rsidRDefault="00700640" w:rsidP="00CA3D77">
      <w:pPr>
        <w:tabs>
          <w:tab w:val="left" w:pos="180"/>
        </w:tabs>
        <w:autoSpaceDE w:val="0"/>
        <w:autoSpaceDN w:val="0"/>
        <w:spacing w:before="70" w:after="0" w:line="240" w:lineRule="auto"/>
        <w:ind w:left="720" w:right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</w:t>
      </w:r>
    </w:p>
    <w:p w:rsidR="00CA3D77" w:rsidRDefault="00700640" w:rsidP="00CA3D77">
      <w:pPr>
        <w:tabs>
          <w:tab w:val="left" w:pos="180"/>
        </w:tabs>
        <w:autoSpaceDE w:val="0"/>
        <w:autoSpaceDN w:val="0"/>
        <w:spacing w:before="70" w:after="0" w:line="240" w:lineRule="auto"/>
        <w:ind w:left="720" w:right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анализировать текстовую, видео-, графическую, звуковую, информацию в соответствии с учебной задачей; </w:t>
      </w:r>
    </w:p>
    <w:p w:rsidR="00CA3D77" w:rsidRDefault="00700640" w:rsidP="00CA3D77">
      <w:pPr>
        <w:tabs>
          <w:tab w:val="left" w:pos="180"/>
        </w:tabs>
        <w:autoSpaceDE w:val="0"/>
        <w:autoSpaceDN w:val="0"/>
        <w:spacing w:after="0" w:line="240" w:lineRule="auto"/>
        <w:ind w:left="720" w:right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анализировать музыкальные тексты (акустические и нотные) по предложенному учителем алгоритму; </w:t>
      </w:r>
    </w:p>
    <w:p w:rsidR="005415A0" w:rsidRPr="002D41BD" w:rsidRDefault="00700640" w:rsidP="00CA3D77">
      <w:pPr>
        <w:tabs>
          <w:tab w:val="left" w:pos="180"/>
        </w:tabs>
        <w:autoSpaceDE w:val="0"/>
        <w:autoSpaceDN w:val="0"/>
        <w:spacing w:after="0" w:line="240" w:lineRule="auto"/>
        <w:ind w:left="720" w:right="14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самостоятельно создавать схемы, таблицы для представления информации.</w:t>
      </w:r>
    </w:p>
    <w:p w:rsidR="002D41BD" w:rsidRPr="002D41BD" w:rsidRDefault="00700640" w:rsidP="00CA3D77">
      <w:pPr>
        <w:tabs>
          <w:tab w:val="left" w:pos="180"/>
        </w:tabs>
        <w:autoSpaceDE w:val="0"/>
        <w:autoSpaceDN w:val="0"/>
        <w:spacing w:before="70" w:after="0" w:line="240" w:lineRule="auto"/>
        <w:ind w:right="144"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2. Овладение универсальными коммуникативными действиями </w:t>
      </w:r>
    </w:p>
    <w:p w:rsidR="00CA3D77" w:rsidRDefault="00700640" w:rsidP="00CA3D77">
      <w:pPr>
        <w:tabs>
          <w:tab w:val="left" w:pos="180"/>
        </w:tabs>
        <w:autoSpaceDE w:val="0"/>
        <w:autoSpaceDN w:val="0"/>
        <w:spacing w:after="0" w:line="240" w:lineRule="auto"/>
        <w:ind w:left="567" w:right="14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Невербальная коммуникация:</w:t>
      </w:r>
    </w:p>
    <w:p w:rsidR="00CA3D77" w:rsidRDefault="00700640" w:rsidP="00CA3D77">
      <w:pPr>
        <w:tabs>
          <w:tab w:val="left" w:pos="180"/>
        </w:tabs>
        <w:autoSpaceDE w:val="0"/>
        <w:autoSpaceDN w:val="0"/>
        <w:spacing w:after="0" w:line="240" w:lineRule="auto"/>
        <w:ind w:left="567" w:right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воспринимать музыку как специфическую форму общения людей, стремиться </w:t>
      </w:r>
      <w:r w:rsidR="002D41BD"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понять </w:t>
      </w:r>
      <w:r w:rsidR="002D41BD" w:rsidRPr="002D41BD">
        <w:rPr>
          <w:rFonts w:ascii="Times New Roman" w:hAnsi="Times New Roman" w:cs="Times New Roman"/>
          <w:sz w:val="28"/>
          <w:szCs w:val="28"/>
          <w:lang w:val="ru-RU"/>
        </w:rPr>
        <w:t>эмоционально</w:t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-образное содержание музыкального высказывания;</w:t>
      </w:r>
    </w:p>
    <w:p w:rsidR="00CA3D77" w:rsidRDefault="00700640" w:rsidP="00CA3D77">
      <w:pPr>
        <w:tabs>
          <w:tab w:val="left" w:pos="180"/>
        </w:tabs>
        <w:autoSpaceDE w:val="0"/>
        <w:autoSpaceDN w:val="0"/>
        <w:spacing w:after="0" w:line="240" w:lineRule="auto"/>
        <w:ind w:left="567" w:right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выступать перед публикой в качестве исполнителя музыки (соло или в коллективе);</w:t>
      </w:r>
    </w:p>
    <w:p w:rsidR="00CA3D77" w:rsidRDefault="00700640" w:rsidP="00CA3D77">
      <w:pPr>
        <w:tabs>
          <w:tab w:val="left" w:pos="180"/>
        </w:tabs>
        <w:autoSpaceDE w:val="0"/>
        <w:autoSpaceDN w:val="0"/>
        <w:spacing w:after="0" w:line="240" w:lineRule="auto"/>
        <w:ind w:left="567" w:right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CA3D77" w:rsidRDefault="00700640" w:rsidP="00CA3D77">
      <w:pPr>
        <w:tabs>
          <w:tab w:val="left" w:pos="180"/>
        </w:tabs>
        <w:autoSpaceDE w:val="0"/>
        <w:autoSpaceDN w:val="0"/>
        <w:spacing w:after="0" w:line="240" w:lineRule="auto"/>
        <w:ind w:left="567" w:right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CA3D77" w:rsidRDefault="00700640" w:rsidP="00CA3D77">
      <w:pPr>
        <w:tabs>
          <w:tab w:val="left" w:pos="180"/>
        </w:tabs>
        <w:autoSpaceDE w:val="0"/>
        <w:autoSpaceDN w:val="0"/>
        <w:spacing w:after="0" w:line="240" w:lineRule="auto"/>
        <w:ind w:left="567" w:right="14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Вербальная коммуникация:</w:t>
      </w:r>
    </w:p>
    <w:p w:rsidR="00CA3D77" w:rsidRDefault="00700640" w:rsidP="00CA3D77">
      <w:pPr>
        <w:tabs>
          <w:tab w:val="left" w:pos="180"/>
        </w:tabs>
        <w:autoSpaceDE w:val="0"/>
        <w:autoSpaceDN w:val="0"/>
        <w:spacing w:after="0" w:line="240" w:lineRule="auto"/>
        <w:ind w:left="567" w:right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 в знакомой среде; </w:t>
      </w:r>
    </w:p>
    <w:p w:rsidR="00CA3D77" w:rsidRDefault="00700640" w:rsidP="00CA3D77">
      <w:pPr>
        <w:tabs>
          <w:tab w:val="left" w:pos="180"/>
        </w:tabs>
        <w:autoSpaceDE w:val="0"/>
        <w:autoSpaceDN w:val="0"/>
        <w:spacing w:after="0" w:line="240" w:lineRule="auto"/>
        <w:ind w:left="567" w:right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проявлять уважительное отношение к собеседнику, соблюдать правила ведения диалога и дискуссии; </w:t>
      </w:r>
    </w:p>
    <w:p w:rsidR="00CA3D77" w:rsidRDefault="00700640" w:rsidP="00CA3D77">
      <w:pPr>
        <w:tabs>
          <w:tab w:val="left" w:pos="180"/>
        </w:tabs>
        <w:autoSpaceDE w:val="0"/>
        <w:autoSpaceDN w:val="0"/>
        <w:spacing w:after="0" w:line="240" w:lineRule="auto"/>
        <w:ind w:left="567" w:right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признавать возможность существования разных точек зрения; </w:t>
      </w:r>
    </w:p>
    <w:p w:rsidR="00CA3D77" w:rsidRDefault="00700640" w:rsidP="00CA3D77">
      <w:pPr>
        <w:tabs>
          <w:tab w:val="left" w:pos="180"/>
        </w:tabs>
        <w:autoSpaceDE w:val="0"/>
        <w:autoSpaceDN w:val="0"/>
        <w:spacing w:after="0" w:line="240" w:lineRule="auto"/>
        <w:ind w:left="567" w:right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корректно и аргументированно высказывать своё мнение; </w:t>
      </w:r>
    </w:p>
    <w:p w:rsidR="00CA3D77" w:rsidRDefault="00700640" w:rsidP="00CA3D77">
      <w:pPr>
        <w:tabs>
          <w:tab w:val="left" w:pos="180"/>
        </w:tabs>
        <w:autoSpaceDE w:val="0"/>
        <w:autoSpaceDN w:val="0"/>
        <w:spacing w:after="0" w:line="240" w:lineRule="auto"/>
        <w:ind w:left="567" w:right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строить речевое высказывание в соответствии с поставленной задачей; </w:t>
      </w:r>
    </w:p>
    <w:p w:rsidR="00CA3D77" w:rsidRDefault="00700640" w:rsidP="00CA3D77">
      <w:pPr>
        <w:tabs>
          <w:tab w:val="left" w:pos="180"/>
        </w:tabs>
        <w:autoSpaceDE w:val="0"/>
        <w:autoSpaceDN w:val="0"/>
        <w:spacing w:after="0" w:line="240" w:lineRule="auto"/>
        <w:ind w:left="567" w:right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CA3D77" w:rsidRDefault="00700640" w:rsidP="00CA3D77">
      <w:pPr>
        <w:tabs>
          <w:tab w:val="left" w:pos="180"/>
        </w:tabs>
        <w:autoSpaceDE w:val="0"/>
        <w:autoSpaceDN w:val="0"/>
        <w:spacing w:after="0" w:line="240" w:lineRule="auto"/>
        <w:ind w:left="567" w:right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готовить небольшие публичные выступления; </w:t>
      </w:r>
    </w:p>
    <w:p w:rsidR="00CA3D77" w:rsidRDefault="00700640" w:rsidP="00CA3D77">
      <w:pPr>
        <w:tabs>
          <w:tab w:val="left" w:pos="180"/>
        </w:tabs>
        <w:autoSpaceDE w:val="0"/>
        <w:autoSpaceDN w:val="0"/>
        <w:spacing w:after="0" w:line="240" w:lineRule="auto"/>
        <w:ind w:left="567" w:right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подбирать иллюстративный материал (рисунки, фото, плакаты) к тексту выступления.</w:t>
      </w:r>
    </w:p>
    <w:p w:rsidR="00CA3D77" w:rsidRDefault="00700640" w:rsidP="00CA3D77">
      <w:pPr>
        <w:tabs>
          <w:tab w:val="left" w:pos="180"/>
        </w:tabs>
        <w:autoSpaceDE w:val="0"/>
        <w:autoSpaceDN w:val="0"/>
        <w:spacing w:after="0" w:line="240" w:lineRule="auto"/>
        <w:ind w:left="567" w:right="14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Совместная деятельность (сотрудничество): </w:t>
      </w:r>
    </w:p>
    <w:p w:rsidR="00CA3D77" w:rsidRDefault="00700640" w:rsidP="00CA3D77">
      <w:pPr>
        <w:tabs>
          <w:tab w:val="left" w:pos="180"/>
        </w:tabs>
        <w:autoSpaceDE w:val="0"/>
        <w:autoSpaceDN w:val="0"/>
        <w:spacing w:after="0" w:line="240" w:lineRule="auto"/>
        <w:ind w:left="567" w:right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стремиться к объединению усилий, эмоциональной эмпатии в ситуациях совместного восприятия, исполнения музыки; </w:t>
      </w:r>
    </w:p>
    <w:p w:rsidR="00CA3D77" w:rsidRDefault="00700640" w:rsidP="00CA3D77">
      <w:pPr>
        <w:tabs>
          <w:tab w:val="left" w:pos="180"/>
        </w:tabs>
        <w:autoSpaceDE w:val="0"/>
        <w:autoSpaceDN w:val="0"/>
        <w:spacing w:after="0" w:line="240" w:lineRule="auto"/>
        <w:ind w:left="567" w:right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 </w:t>
      </w:r>
    </w:p>
    <w:p w:rsidR="00CA3D77" w:rsidRDefault="00700640" w:rsidP="00CA3D77">
      <w:pPr>
        <w:tabs>
          <w:tab w:val="left" w:pos="180"/>
        </w:tabs>
        <w:autoSpaceDE w:val="0"/>
        <w:autoSpaceDN w:val="0"/>
        <w:spacing w:after="0" w:line="240" w:lineRule="auto"/>
        <w:ind w:left="567" w:right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</w:t>
      </w:r>
    </w:p>
    <w:p w:rsidR="00CA3D77" w:rsidRDefault="00700640" w:rsidP="00CA3D77">
      <w:pPr>
        <w:tabs>
          <w:tab w:val="left" w:pos="180"/>
        </w:tabs>
        <w:autoSpaceDE w:val="0"/>
        <w:autoSpaceDN w:val="0"/>
        <w:spacing w:after="0" w:line="240" w:lineRule="auto"/>
        <w:ind w:left="567" w:right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 </w:t>
      </w:r>
    </w:p>
    <w:p w:rsidR="00CA3D77" w:rsidRDefault="00700640" w:rsidP="00CA3D77">
      <w:pPr>
        <w:tabs>
          <w:tab w:val="left" w:pos="180"/>
        </w:tabs>
        <w:autoSpaceDE w:val="0"/>
        <w:autoSpaceDN w:val="0"/>
        <w:spacing w:after="0" w:line="240" w:lineRule="auto"/>
        <w:ind w:left="567" w:right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ответственно выполнять свою часть работы; оценивать свой вклад в общий результат; </w:t>
      </w:r>
    </w:p>
    <w:p w:rsidR="005415A0" w:rsidRPr="002D41BD" w:rsidRDefault="00700640" w:rsidP="00CA3D77">
      <w:pPr>
        <w:tabs>
          <w:tab w:val="left" w:pos="180"/>
        </w:tabs>
        <w:autoSpaceDE w:val="0"/>
        <w:autoSpaceDN w:val="0"/>
        <w:spacing w:after="0" w:line="240" w:lineRule="auto"/>
        <w:ind w:left="567" w:right="14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2D41BD" w:rsidRPr="002D41BD" w:rsidRDefault="00700640" w:rsidP="00CA3D77">
      <w:pPr>
        <w:autoSpaceDE w:val="0"/>
        <w:autoSpaceDN w:val="0"/>
        <w:spacing w:before="70" w:after="0" w:line="240" w:lineRule="auto"/>
        <w:ind w:right="2304"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3. Овладение универсальными регулятивными действиями </w:t>
      </w:r>
    </w:p>
    <w:p w:rsidR="00CA3D77" w:rsidRDefault="00700640" w:rsidP="00CA3D77">
      <w:pPr>
        <w:autoSpaceDE w:val="0"/>
        <w:autoSpaceDN w:val="0"/>
        <w:spacing w:after="0" w:line="240" w:lineRule="auto"/>
        <w:ind w:left="567" w:right="23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Самоорганизация:</w:t>
      </w:r>
    </w:p>
    <w:p w:rsidR="00CA3D77" w:rsidRDefault="00700640" w:rsidP="00CA3D77">
      <w:pPr>
        <w:autoSpaceDE w:val="0"/>
        <w:autoSpaceDN w:val="0"/>
        <w:spacing w:after="0" w:line="240" w:lineRule="auto"/>
        <w:ind w:left="567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планировать действия по решению учебной задачи для получения результата; выстраивать последовательность выбранных действий.</w:t>
      </w:r>
    </w:p>
    <w:p w:rsidR="00CA3D77" w:rsidRPr="00CA3D77" w:rsidRDefault="00700640" w:rsidP="00CA3D77">
      <w:pPr>
        <w:autoSpaceDE w:val="0"/>
        <w:autoSpaceDN w:val="0"/>
        <w:spacing w:after="0" w:line="240" w:lineRule="auto"/>
        <w:ind w:left="567" w:right="-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Самоконтроль: </w:t>
      </w:r>
      <w:r w:rsidR="002D41BD" w:rsidRPr="00CA3D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A3D77" w:rsidRDefault="00700640" w:rsidP="00CA3D77">
      <w:pPr>
        <w:autoSpaceDE w:val="0"/>
        <w:autoSpaceDN w:val="0"/>
        <w:spacing w:after="0" w:line="240" w:lineRule="auto"/>
        <w:ind w:left="567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устанавливать причины успеха/неудач учебной деятельности; корректировать свои учебные действия для преодоления ошибок.</w:t>
      </w:r>
    </w:p>
    <w:p w:rsidR="00CA3D77" w:rsidRDefault="00700640" w:rsidP="00CA3D77">
      <w:pPr>
        <w:autoSpaceDE w:val="0"/>
        <w:autoSpaceDN w:val="0"/>
        <w:spacing w:after="0" w:line="240" w:lineRule="auto"/>
        <w:ind w:left="567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Овладение системой универсальных учебных регулятивных действий обеспечивает формирование смысловых установок личности (внутренняя позиция </w:t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:rsidR="00CA3D77" w:rsidRDefault="00700640" w:rsidP="00CA3D77">
      <w:pPr>
        <w:autoSpaceDE w:val="0"/>
        <w:autoSpaceDN w:val="0"/>
        <w:spacing w:after="0" w:line="240" w:lineRule="auto"/>
        <w:ind w:left="567" w:right="-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ПРЕДМЕТНЫЕ РЕЗУЛЬТАТЫ</w:t>
      </w:r>
    </w:p>
    <w:p w:rsidR="00CA3D77" w:rsidRDefault="00700640" w:rsidP="00CA3D77">
      <w:pPr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CA3D77" w:rsidRDefault="00700640" w:rsidP="00CA3D77">
      <w:pPr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Обучающиеся, освоившие основную образовательную программу по предмету «Музыка»:</w:t>
      </w:r>
    </w:p>
    <w:p w:rsidR="00CA3D77" w:rsidRDefault="00700640" w:rsidP="00CA3D77">
      <w:pPr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—  осознают принципы универсальности и всеобщности музыки как вида искусства, неразрывную</w:t>
      </w:r>
      <w:r w:rsidR="002D41BD"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связь музыки и жизни человека, всего человечества, могут рассуждать на эту тему;</w:t>
      </w:r>
    </w:p>
    <w:p w:rsidR="00CA3D77" w:rsidRDefault="00700640" w:rsidP="00CA3D77">
      <w:pPr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—воспринимают российскую музыкальную культуру как целостное и самобытное</w:t>
      </w:r>
      <w:r w:rsidR="002D41BD" w:rsidRPr="002D41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цивилизационное явление; знают достижения отечественных мастеров музыкальной культуры, испытывают гордость за них;</w:t>
      </w:r>
    </w:p>
    <w:p w:rsidR="00CA3D77" w:rsidRDefault="00700640" w:rsidP="00CA3D77">
      <w:pPr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—  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</w:t>
      </w:r>
      <w:r w:rsidR="002D41BD" w:rsidRPr="002D41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CA3D77" w:rsidRDefault="00700640" w:rsidP="00CA3D77">
      <w:pPr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— понимают роль музыки как социально значимого явления, формирующего общественные вкусы и настроения, включённого в развитие политического, экономического, религиозного, иных аспектов развития общества.</w:t>
      </w:r>
    </w:p>
    <w:p w:rsidR="00CA3D77" w:rsidRDefault="00700640" w:rsidP="00CA3D77">
      <w:pPr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Предметные результаты, формируемые в ходе изучения предмета «Музыка», сгруппированы по учебным модулям и должны отражать сформированность умений.</w:t>
      </w:r>
    </w:p>
    <w:p w:rsidR="00CA3D77" w:rsidRDefault="00700640" w:rsidP="00CA3D77">
      <w:pPr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Модуль «Музыка моего края»: </w:t>
      </w:r>
    </w:p>
    <w:p w:rsidR="00CA3D77" w:rsidRDefault="00700640" w:rsidP="00CA3D77">
      <w:pPr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знать музыкальные традиции своей республики, края, народа; </w:t>
      </w:r>
    </w:p>
    <w:p w:rsidR="00CA3D77" w:rsidRDefault="00700640" w:rsidP="00CA3D77">
      <w:pPr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характеризовать особенности творчества народных и профессиональных музыкантов, творческих коллективов своего края; </w:t>
      </w:r>
    </w:p>
    <w:p w:rsidR="00CA3D77" w:rsidRDefault="00700640" w:rsidP="00CA3D77">
      <w:pPr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CA3D77" w:rsidRDefault="00700640" w:rsidP="00CA3D77">
      <w:pPr>
        <w:autoSpaceDE w:val="0"/>
        <w:autoSpaceDN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Модуль «Народное музыкальное творчество России»: </w:t>
      </w:r>
      <w:r w:rsidR="002D41BD" w:rsidRPr="002D41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A3D77" w:rsidRDefault="00700640" w:rsidP="00CA3D77">
      <w:pPr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определять на слух музыкальные образцы, относящиеся к русскому музыкальному фольклору, к музыке народов Северного Кавказа; республик Поволжья, Сибири (не менее трёх региональных фольклорных традиций на выбор учителя); </w:t>
      </w:r>
    </w:p>
    <w:p w:rsidR="00CA3D77" w:rsidRDefault="00700640" w:rsidP="00CA3D77">
      <w:pPr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различать на слух и исполнять произведения различных жанров фольклорной музыки; </w:t>
      </w:r>
    </w:p>
    <w:p w:rsidR="00CA3D77" w:rsidRDefault="00700640" w:rsidP="00CA3D77">
      <w:pPr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CA3D77" w:rsidRDefault="00700640" w:rsidP="00CA3D77">
      <w:pPr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CA3D77" w:rsidRDefault="00700640" w:rsidP="00CA3D77">
      <w:pPr>
        <w:autoSpaceDE w:val="0"/>
        <w:autoSpaceDN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Модуль «Музыка народов мира»: </w:t>
      </w:r>
      <w:r w:rsidR="002D41BD" w:rsidRPr="002D41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3D77" w:rsidRDefault="00700640" w:rsidP="00CA3D77">
      <w:pPr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определять на слух музыкальные произведения, относящиеся к </w:t>
      </w:r>
      <w:r w:rsidR="002D41BD"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западноевропейской</w:t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="002D41BD"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латиноамериканской</w:t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азиатской традиционной музыкальной культуре, в том числе к отдельным самобытным культурно-национальным традициям; </w:t>
      </w:r>
    </w:p>
    <w:p w:rsidR="00CA3D77" w:rsidRDefault="00700640" w:rsidP="00CA3D77">
      <w:pPr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различать на слух и исполнять произведения различных жанров фольклорной музыки;</w:t>
      </w:r>
    </w:p>
    <w:p w:rsidR="00CA3D77" w:rsidRDefault="00700640" w:rsidP="00CA3D77">
      <w:pPr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CA3D77" w:rsidRDefault="00700640" w:rsidP="00CA3D77">
      <w:pPr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различать на слух и узнавать признаки влияния музыки разных народов мира в сочинениях профессиональных композиторов (из числа изученных культурно-национальных традиций и жанров).</w:t>
      </w:r>
    </w:p>
    <w:p w:rsidR="00CA3D77" w:rsidRDefault="00700640" w:rsidP="00CA3D77">
      <w:pPr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Модуль «Европейская классическая музыка»: </w:t>
      </w:r>
    </w:p>
    <w:p w:rsidR="00CA3D77" w:rsidRDefault="00700640" w:rsidP="00CA3D77">
      <w:pPr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CA3D77" w:rsidRDefault="00700640" w:rsidP="00CA3D77">
      <w:pPr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определять принадлежность музыкального произведения к одному из художественных стилей (барокко, классицизм, романтизм, импрессионизм); </w:t>
      </w:r>
    </w:p>
    <w:p w:rsidR="00CA3D77" w:rsidRDefault="00700640" w:rsidP="00CA3D77">
      <w:pPr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исполнять (в том числе фрагментарно) сочинения композиторов-классиков;</w:t>
      </w:r>
    </w:p>
    <w:p w:rsidR="00CA3D77" w:rsidRDefault="00700640" w:rsidP="00CA3D77">
      <w:pPr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характеризовать музыкальный образ и выразительные средства, использованные композитором,</w:t>
      </w:r>
      <w:r w:rsidR="002D41BD"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способы развития и форму строения музыкального произведения; </w:t>
      </w:r>
    </w:p>
    <w:p w:rsidR="00CA3D77" w:rsidRDefault="00700640" w:rsidP="00CA3D77">
      <w:pPr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CA3D77" w:rsidRDefault="00700640" w:rsidP="00CA3D77">
      <w:pPr>
        <w:autoSpaceDE w:val="0"/>
        <w:autoSpaceDN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Модуль «Русская классическая музыка»: </w:t>
      </w:r>
      <w:r w:rsidR="002D41BD" w:rsidRPr="002D41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3D77" w:rsidRDefault="00700640" w:rsidP="00CA3D77">
      <w:pPr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CA3D77" w:rsidRDefault="00700640" w:rsidP="00CA3D77">
      <w:pPr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CA3D77" w:rsidRDefault="00700640" w:rsidP="00CA3D77">
      <w:pPr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исполнять (в том числе фрагментарно, отдельными темами) сочинения русских композиторов; </w:t>
      </w: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CA3D77" w:rsidRDefault="00700640" w:rsidP="00CA3D77">
      <w:pPr>
        <w:autoSpaceDE w:val="0"/>
        <w:autoSpaceDN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Модуль «Истоки и образы русской и европейской духовной музыки»: </w:t>
      </w:r>
      <w:r w:rsidR="002D41BD" w:rsidRPr="002D41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A3D77" w:rsidRDefault="00700640" w:rsidP="00CA3D77">
      <w:pPr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различать и характеризовать жанры и произведения русской и европейской духовной музыки; исполнять произведения русской и европейской духовной музыки; приводить примеры сочинений духовной музыки, называть их автора.</w:t>
      </w:r>
    </w:p>
    <w:p w:rsidR="00CA3D77" w:rsidRDefault="00700640" w:rsidP="00CA3D77">
      <w:pPr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Модуль «Современная музыка: основные жанры и направления»: </w:t>
      </w:r>
    </w:p>
    <w:p w:rsidR="00CA3D77" w:rsidRDefault="00700640" w:rsidP="00CA3D77">
      <w:pPr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определять и характеризовать стили, направления и жанры современной музыки;</w:t>
      </w:r>
    </w:p>
    <w:p w:rsidR="00CA3D77" w:rsidRDefault="00700640" w:rsidP="00CA3D77">
      <w:pPr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CA3D77" w:rsidRDefault="00700640" w:rsidP="00CA3D77">
      <w:pPr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исполнять современные музыкальные произведения в разных видах деятельности.</w:t>
      </w:r>
    </w:p>
    <w:p w:rsidR="00CA3D77" w:rsidRDefault="00700640" w:rsidP="00CA3D77">
      <w:pPr>
        <w:autoSpaceDE w:val="0"/>
        <w:autoSpaceDN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Модуль «Связь музыки с другими видами искусства»: </w:t>
      </w:r>
      <w:r w:rsidR="002D41BD" w:rsidRPr="002D41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A3D77" w:rsidRDefault="00700640" w:rsidP="00CA3D77">
      <w:pPr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определять стилевые и жанровые параллели между музыкой и другими видами искусств; </w:t>
      </w:r>
    </w:p>
    <w:p w:rsidR="00CA3D77" w:rsidRDefault="00700640" w:rsidP="00CA3D77">
      <w:pPr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различать и анализировать средства выразительности разных видов искусств; </w:t>
      </w:r>
    </w:p>
    <w:p w:rsidR="00CA3D77" w:rsidRDefault="00700640" w:rsidP="00CA3D77">
      <w:pPr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кинофрагментов и т. п.) или подбирать ассоциативные пары произведений из разных видов искусств, объясняя логику выбора; </w:t>
      </w:r>
    </w:p>
    <w:p w:rsidR="00CA3D77" w:rsidRDefault="00700640" w:rsidP="00CA3D77">
      <w:pPr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высказывать суждения об основной идее, средствах её воплощения, интонационных особенностях, жанре, исполнителях музыкального произведения.</w:t>
      </w:r>
    </w:p>
    <w:p w:rsidR="00CA3D77" w:rsidRDefault="00700640" w:rsidP="00CA3D77">
      <w:pPr>
        <w:autoSpaceDE w:val="0"/>
        <w:autoSpaceDN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41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Модуль «Жанры музыкального искусства»: </w:t>
      </w:r>
      <w:r w:rsidR="002D41BD" w:rsidRPr="00CA3D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A3D77" w:rsidRDefault="00700640" w:rsidP="00CA3D77">
      <w:pPr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различать и характеризо</w:t>
      </w:r>
      <w:bookmarkStart w:id="0" w:name="_GoBack"/>
      <w:bookmarkEnd w:id="0"/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вать жанры музыки (театральные, камерные и симфонические, вокальные и инструментальные и </w:t>
      </w:r>
      <w:proofErr w:type="spellStart"/>
      <w:proofErr w:type="gramStart"/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т..д</w:t>
      </w:r>
      <w:proofErr w:type="spellEnd"/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proofErr w:type="gramEnd"/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), знать их разновидности, приводить примеры;</w:t>
      </w:r>
    </w:p>
    <w:p w:rsidR="00CA3D77" w:rsidRDefault="00700640" w:rsidP="00CA3D77">
      <w:pPr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рассуждать о круге образов и средствах их воплощения, типичных для данного жанра;</w:t>
      </w:r>
    </w:p>
    <w:p w:rsidR="005415A0" w:rsidRPr="002D41BD" w:rsidRDefault="00700640" w:rsidP="00CA3D77">
      <w:pPr>
        <w:autoSpaceDE w:val="0"/>
        <w:autoSpaceDN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41B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41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5415A0" w:rsidRPr="008930F4" w:rsidRDefault="005415A0">
      <w:pPr>
        <w:rPr>
          <w:lang w:val="ru-RU"/>
        </w:rPr>
        <w:sectPr w:rsidR="005415A0" w:rsidRPr="008930F4" w:rsidSect="00CA3D77">
          <w:pgSz w:w="11900" w:h="16840"/>
          <w:pgMar w:top="993" w:right="746" w:bottom="1276" w:left="666" w:header="720" w:footer="720" w:gutter="0"/>
          <w:cols w:space="720" w:equalWidth="0">
            <w:col w:w="10488" w:space="0"/>
          </w:cols>
          <w:docGrid w:linePitch="360"/>
        </w:sectPr>
      </w:pPr>
    </w:p>
    <w:p w:rsidR="005415A0" w:rsidRPr="008930F4" w:rsidRDefault="005415A0">
      <w:pPr>
        <w:autoSpaceDE w:val="0"/>
        <w:autoSpaceDN w:val="0"/>
        <w:spacing w:after="64" w:line="220" w:lineRule="exact"/>
        <w:rPr>
          <w:lang w:val="ru-RU"/>
        </w:rPr>
      </w:pPr>
    </w:p>
    <w:p w:rsidR="005415A0" w:rsidRDefault="00700640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202"/>
        <w:gridCol w:w="528"/>
        <w:gridCol w:w="1104"/>
        <w:gridCol w:w="1140"/>
        <w:gridCol w:w="866"/>
        <w:gridCol w:w="576"/>
        <w:gridCol w:w="1260"/>
        <w:gridCol w:w="864"/>
        <w:gridCol w:w="4948"/>
        <w:gridCol w:w="1236"/>
        <w:gridCol w:w="1382"/>
      </w:tblGrid>
      <w:tr w:rsidR="005415A0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1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78" w:after="0" w:line="247" w:lineRule="auto"/>
              <w:ind w:left="72" w:right="72"/>
              <w:jc w:val="both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Количество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2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Репертуар</w:t>
            </w:r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4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5415A0">
        <w:trPr>
          <w:trHeight w:hRule="exact" w:val="576"/>
        </w:trPr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5A0" w:rsidRDefault="005415A0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5A0" w:rsidRDefault="005415A0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для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слушания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45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для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пения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для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музицирования</w:t>
            </w:r>
          </w:p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5A0" w:rsidRDefault="005415A0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5A0" w:rsidRDefault="005415A0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5A0" w:rsidRDefault="005415A0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5A0" w:rsidRDefault="005415A0"/>
        </w:tc>
      </w:tr>
      <w:tr w:rsidR="005415A0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1.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Музыка моего края</w:t>
            </w:r>
          </w:p>
        </w:tc>
      </w:tr>
      <w:tr w:rsidR="005415A0" w:rsidRPr="00A0021B">
        <w:trPr>
          <w:trHeight w:hRule="exact" w:val="1694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120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Фольклор —народное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творчество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12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02.09.2022 23.09.2022</w:t>
            </w:r>
          </w:p>
        </w:tc>
        <w:tc>
          <w:tcPr>
            <w:tcW w:w="494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со звучанием фольклорных образцов в аудио- и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видеозаписи. Определение на слух: 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принадлежности к народной или композиторской музыке; 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исполнительского состава (вокального, инструментального,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смешанного); 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жанра, основного настроения, характера музыки.;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Разучивание и исполнение народных песен, танцев, инструментальных наигрышей, фольклорных игр;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Устный опрос; Практическая работа;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 w:rsidRPr="008930F4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5415A0">
        <w:trPr>
          <w:trHeight w:hRule="exact" w:val="348"/>
        </w:trPr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33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</w:tr>
      <w:tr w:rsidR="005415A0" w:rsidRPr="00A0021B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Модуль 2. </w:t>
            </w:r>
            <w:r w:rsidRPr="008930F4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Народное музыкальное творчество России</w:t>
            </w:r>
          </w:p>
        </w:tc>
      </w:tr>
      <w:tr w:rsidR="005415A0" w:rsidRPr="00A0021B">
        <w:trPr>
          <w:trHeight w:hRule="exact" w:val="246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Россия — наш общий дом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30.09.2022 21.10.2022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со звучанием фольклорных образцов близких и далёких регионов в аудио- и видеозаписи. Определение на слух:;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принадлежности к народной или композиторской музыке;;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исполнительского состава (вокального, инструментального,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смешанного);;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жанра, характера музыки.;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Разучивание и исполнение народных песен, танцев, инструментальных наигрышей, фольклорных игр разных народов России;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 программу которого;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входят произведения русских композиторов;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Контрольная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 w:rsidRPr="008930F4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5415A0">
        <w:trPr>
          <w:trHeight w:hRule="exact" w:val="348"/>
        </w:trPr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33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</w:tr>
      <w:tr w:rsidR="005415A0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3.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Жанры музыкального искусства </w:t>
            </w:r>
          </w:p>
        </w:tc>
      </w:tr>
      <w:tr w:rsidR="005415A0" w:rsidRPr="00A0021B">
        <w:trPr>
          <w:trHeight w:hRule="exact" w:val="265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Камерная музыка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28.10.2022 18.11.2022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музыкальных произведений изучаемых жанров,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(зарубежных и русских композиторов); анализ выразительных средств, характеристика музыкального образа.;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Определение на слух музыкальной формы и составление её буквенной наглядной схемы.;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Разучивание и исполнение произведений вокальных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 инструментальных жанров.;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Импровизация, сочинение кратких фрагментов с соблюдением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основных признаков жанра (вокализ — пение без слов, вальс —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трёхдольный метр и т. п.). Индивидуальная или коллективная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импровизация в заданной форме.;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Выражение музыкального образа камерной миниатюры через устный или письменный текст, рисунок, пластический этюд;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Практическая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8930F4">
              <w:rPr>
                <w:lang w:val="ru-RU"/>
              </w:rPr>
              <w:br/>
            </w:r>
            <w:proofErr w:type="spellStart"/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использованием«Оценочного</w:t>
            </w:r>
            <w:proofErr w:type="spellEnd"/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 w:rsidRPr="008930F4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5415A0">
        <w:trPr>
          <w:trHeight w:hRule="exact" w:val="348"/>
        </w:trPr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33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</w:tr>
      <w:tr w:rsidR="005415A0">
        <w:trPr>
          <w:trHeight w:hRule="exact" w:val="32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4.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Русская классическая музыка </w:t>
            </w:r>
          </w:p>
        </w:tc>
      </w:tr>
    </w:tbl>
    <w:p w:rsidR="005415A0" w:rsidRDefault="005415A0">
      <w:pPr>
        <w:autoSpaceDE w:val="0"/>
        <w:autoSpaceDN w:val="0"/>
        <w:spacing w:after="0" w:line="14" w:lineRule="exact"/>
      </w:pPr>
    </w:p>
    <w:p w:rsidR="005415A0" w:rsidRDefault="005415A0">
      <w:pPr>
        <w:sectPr w:rsidR="005415A0">
          <w:pgSz w:w="16840" w:h="11900"/>
          <w:pgMar w:top="282" w:right="640" w:bottom="3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5415A0" w:rsidRDefault="005415A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202"/>
        <w:gridCol w:w="528"/>
        <w:gridCol w:w="1104"/>
        <w:gridCol w:w="1140"/>
        <w:gridCol w:w="866"/>
        <w:gridCol w:w="576"/>
        <w:gridCol w:w="1260"/>
        <w:gridCol w:w="864"/>
        <w:gridCol w:w="4948"/>
        <w:gridCol w:w="1236"/>
        <w:gridCol w:w="1382"/>
      </w:tblGrid>
      <w:tr w:rsidR="005415A0" w:rsidRPr="00A0021B">
        <w:trPr>
          <w:trHeight w:hRule="exact" w:val="207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Образы родной земли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25.11.2022 16.12.2022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Повторение, обобщение опыта слушания, проживания, анализа музыки русских композиторов, полученного в начальных классах. Выявление мелодичности, широты дыхания, интонационной близости русскому фольклору.;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Разучивание, исполнение не менее одного вокального произведения, сочинённого русским композитором-классиком.;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Музыкальная викторина на знание музыки, названий и авторов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изученных произведений.;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Рисование по мотивам прослушанных музыкальных произведений.;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Контрольная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 w:rsidRPr="008930F4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5415A0">
        <w:trPr>
          <w:trHeight w:hRule="exact" w:val="348"/>
        </w:trPr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33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</w:tr>
      <w:tr w:rsidR="005415A0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5.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Музыка народов мира</w:t>
            </w:r>
          </w:p>
        </w:tc>
      </w:tr>
      <w:tr w:rsidR="005415A0" w:rsidRPr="00A0021B">
        <w:trPr>
          <w:trHeight w:hRule="exact" w:val="150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Музыкальный фольклор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народов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Европы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23.12.2022 26.01.2023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Выявление характерных интонаций и ритмов в звучании традиционной музыки народов Европы.;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Выявление общего и особенного при сравнении изучаемых образцов европейского фольклора и фольклора народов России.;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Разучивание и исполнение народных песен, танцев. Двигательная, ритмическая, интонационная импровизация по мотивам изученных традиций народов Европы (в том числе в форме рондо);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Устный опрос; 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 w:rsidRPr="008930F4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5415A0">
        <w:trPr>
          <w:trHeight w:hRule="exact" w:val="348"/>
        </w:trPr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33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</w:tr>
      <w:tr w:rsidR="005415A0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6.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Европейская классическая музыка</w:t>
            </w:r>
          </w:p>
        </w:tc>
      </w:tr>
      <w:tr w:rsidR="005415A0" w:rsidRPr="00A0021B">
        <w:trPr>
          <w:trHeight w:hRule="exact" w:val="371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Национальные истоки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классической музыки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03.02.2023 17.02.2023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образцами музыки разных жанров, типичных для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рассматриваемых национальных стилей, творчества изучаемых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композиторов.;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произведений.;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Разучивание, исполнение не менее одного вокального произведения, сочинённого композитором-классиком (из числа изучаемых в данном разделе).;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Музыкальная викторина на знание музыки, названий и авторов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изученных произведений.;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Исследовательские проекты о творчестве европейских композиторов-классиков, представителей национальных школ.;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Просмотр художественных и документальных фильмов о творчестве выдающих европейских композиторов с последующим обсуждением в классе.;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Устный опрос; 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 w:rsidRPr="008930F4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5415A0">
        <w:trPr>
          <w:trHeight w:hRule="exact" w:val="348"/>
        </w:trPr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33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</w:tr>
      <w:tr w:rsidR="005415A0" w:rsidRPr="00A0021B">
        <w:trPr>
          <w:trHeight w:hRule="exact" w:val="32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Модуль 7. </w:t>
            </w:r>
            <w:r w:rsidRPr="008930F4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Образы русской и европейской духовной музыки</w:t>
            </w:r>
          </w:p>
        </w:tc>
      </w:tr>
    </w:tbl>
    <w:p w:rsidR="005415A0" w:rsidRPr="008930F4" w:rsidRDefault="005415A0">
      <w:pPr>
        <w:autoSpaceDE w:val="0"/>
        <w:autoSpaceDN w:val="0"/>
        <w:spacing w:after="0" w:line="14" w:lineRule="exact"/>
        <w:rPr>
          <w:lang w:val="ru-RU"/>
        </w:rPr>
      </w:pPr>
    </w:p>
    <w:p w:rsidR="005415A0" w:rsidRPr="008930F4" w:rsidRDefault="005415A0">
      <w:pPr>
        <w:rPr>
          <w:lang w:val="ru-RU"/>
        </w:rPr>
        <w:sectPr w:rsidR="005415A0" w:rsidRPr="008930F4">
          <w:pgSz w:w="16840" w:h="11900"/>
          <w:pgMar w:top="284" w:right="640" w:bottom="97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5415A0" w:rsidRPr="008930F4" w:rsidRDefault="005415A0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202"/>
        <w:gridCol w:w="528"/>
        <w:gridCol w:w="1104"/>
        <w:gridCol w:w="1140"/>
        <w:gridCol w:w="866"/>
        <w:gridCol w:w="576"/>
        <w:gridCol w:w="1260"/>
        <w:gridCol w:w="864"/>
        <w:gridCol w:w="4948"/>
        <w:gridCol w:w="1236"/>
        <w:gridCol w:w="1382"/>
      </w:tblGrid>
      <w:tr w:rsidR="005415A0" w:rsidRPr="00A0021B">
        <w:trPr>
          <w:trHeight w:hRule="exact" w:val="284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Храмовый синтез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искусств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24.02.2023 10.03.2023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Повторение, обобщение и систематизация знаний о христианской культуре западноевропейской традиции и русского православия, полученных на уроках музыки и ОРКСЭ в начальной школе.</w:t>
            </w:r>
          </w:p>
          <w:p w:rsidR="005415A0" w:rsidRPr="008930F4" w:rsidRDefault="00700640">
            <w:pPr>
              <w:autoSpaceDE w:val="0"/>
              <w:autoSpaceDN w:val="0"/>
              <w:spacing w:before="20" w:after="0" w:line="254" w:lineRule="auto"/>
              <w:ind w:left="72" w:right="144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Осознание единства музыки со словом, живописью, скульптурой, архитектурой как сочетания разных проявлений единого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мировоззрения, основной идеи христианства.;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Определение сходства и различия элементов разных видов искусства (музыки, живописи, архитектуры), относящихся:;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 русской православной традиции;;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западноевропейской христианской традиции;;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другим конфессиям (по выбору учителя).;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Исполнение вокальных произведений, связанных с религиозной традицией, перекликающихся с ней по тематике.;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Устный опрос; 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 w:rsidRPr="008930F4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5415A0">
        <w:trPr>
          <w:trHeight w:hRule="exact" w:val="348"/>
        </w:trPr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33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</w:tr>
      <w:tr w:rsidR="005415A0" w:rsidRPr="00A0021B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Модуль 8. </w:t>
            </w:r>
            <w:r w:rsidRPr="008930F4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Связь музыки с другими видами искусства</w:t>
            </w:r>
          </w:p>
        </w:tc>
      </w:tr>
      <w:tr w:rsidR="005415A0" w:rsidRPr="00A0021B">
        <w:trPr>
          <w:trHeight w:hRule="exact" w:val="209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8.1.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 и живопись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17.03.2023 21.04.2023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Знакомство с музыкальными произведениями программной музыки.</w:t>
            </w:r>
          </w:p>
          <w:p w:rsidR="005415A0" w:rsidRPr="008930F4" w:rsidRDefault="00700640">
            <w:pPr>
              <w:autoSpaceDE w:val="0"/>
              <w:autoSpaceDN w:val="0"/>
              <w:spacing w:before="20" w:after="0" w:line="254" w:lineRule="auto"/>
              <w:ind w:left="72" w:right="144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Выявление интонаций изобразительного характера.;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Музыкальная викторина на знание музыки, названий и авторов изученных произведений.;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Разучивание, исполнение песни с элементами изобразительности. Сочинение к ней ритмического и шумового аккомпанемента с целью усиления изобразительного эффекта.;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Рисование под впечатлением от восприятия музыки программно-изобразительного характера.;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Сочинение музыки, импровизация, озвучивание картин художников;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Практическая работа;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 w:rsidRPr="008930F4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5415A0">
        <w:trPr>
          <w:trHeight w:hRule="exact" w:val="348"/>
        </w:trPr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33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</w:tr>
      <w:tr w:rsidR="005415A0" w:rsidRPr="00A0021B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Модуль 9. </w:t>
            </w:r>
            <w:r w:rsidRPr="008930F4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Современная музыка: основные жанры и направления</w:t>
            </w:r>
          </w:p>
        </w:tc>
      </w:tr>
      <w:tr w:rsidR="005415A0" w:rsidRPr="00A0021B">
        <w:trPr>
          <w:trHeight w:hRule="exact" w:val="188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9.1.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Джаз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28.04.2023 19.05.2023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различными джазовыми музыкальными композициями и направлениями (регтайм, </w:t>
            </w:r>
            <w:proofErr w:type="spellStart"/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биг-бэнд</w:t>
            </w:r>
            <w:proofErr w:type="spellEnd"/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блюз).;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Определение на слух: 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принадлежности к джазовой или классической музыке; 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исполнительского состава (манера пения, состав инструментов).; Разучивание, исполнение одной из «вечнозелёных» джазовых тем.</w:t>
            </w:r>
          </w:p>
          <w:p w:rsidR="005415A0" w:rsidRPr="008930F4" w:rsidRDefault="00700640">
            <w:pPr>
              <w:autoSpaceDE w:val="0"/>
              <w:autoSpaceDN w:val="0"/>
              <w:spacing w:before="20" w:after="0" w:line="245" w:lineRule="auto"/>
              <w:ind w:left="72" w:right="432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Элементы ритмической и вокальной импровизации на её основе.; Сочинение блюза.;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Контрольная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8930F4">
              <w:rPr>
                <w:lang w:val="ru-RU"/>
              </w:rPr>
              <w:br/>
            </w:r>
            <w:proofErr w:type="spellStart"/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использованием«Оценочного</w:t>
            </w:r>
            <w:proofErr w:type="spellEnd"/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 w:rsidRPr="008930F4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5415A0">
        <w:trPr>
          <w:trHeight w:hRule="exact" w:val="350"/>
        </w:trPr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33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</w:tr>
      <w:tr w:rsidR="005415A0">
        <w:trPr>
          <w:trHeight w:hRule="exact" w:val="904"/>
        </w:trPr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ОБЩЕЕ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КОЛИЧЕСТВО ЧАСОВ ПО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31</w:t>
            </w:r>
          </w:p>
        </w:tc>
        <w:tc>
          <w:tcPr>
            <w:tcW w:w="111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</w:tr>
    </w:tbl>
    <w:p w:rsidR="005415A0" w:rsidRDefault="005415A0">
      <w:pPr>
        <w:autoSpaceDE w:val="0"/>
        <w:autoSpaceDN w:val="0"/>
        <w:spacing w:after="0" w:line="14" w:lineRule="exact"/>
      </w:pPr>
    </w:p>
    <w:p w:rsidR="005415A0" w:rsidRDefault="005415A0">
      <w:pPr>
        <w:sectPr w:rsidR="005415A0">
          <w:pgSz w:w="16840" w:h="11900"/>
          <w:pgMar w:top="284" w:right="640" w:bottom="91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5415A0" w:rsidRDefault="005415A0">
      <w:pPr>
        <w:autoSpaceDE w:val="0"/>
        <w:autoSpaceDN w:val="0"/>
        <w:spacing w:after="78" w:line="220" w:lineRule="exact"/>
      </w:pPr>
    </w:p>
    <w:p w:rsidR="005415A0" w:rsidRDefault="00700640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816"/>
        <w:gridCol w:w="2316"/>
        <w:gridCol w:w="734"/>
        <w:gridCol w:w="1620"/>
        <w:gridCol w:w="1668"/>
        <w:gridCol w:w="1236"/>
        <w:gridCol w:w="2162"/>
      </w:tblGrid>
      <w:tr w:rsidR="005415A0">
        <w:trPr>
          <w:trHeight w:hRule="exact" w:val="492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2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2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5415A0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5A0" w:rsidRDefault="005415A0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5415A0" w:rsidRDefault="005415A0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5A0" w:rsidRDefault="005415A0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5A0" w:rsidRDefault="005415A0"/>
        </w:tc>
      </w:tr>
      <w:tr w:rsidR="005415A0" w:rsidRPr="00A0021B">
        <w:trPr>
          <w:trHeight w:hRule="exact" w:val="183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02.09.2022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98" w:after="0" w:line="281" w:lineRule="auto"/>
              <w:ind w:left="72" w:right="432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Письменный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5415A0" w:rsidRPr="00A0021B">
        <w:trPr>
          <w:trHeight w:hRule="exact" w:val="1838"/>
        </w:trPr>
        <w:tc>
          <w:tcPr>
            <w:tcW w:w="8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23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09.09.2022</w:t>
            </w:r>
          </w:p>
        </w:tc>
        <w:tc>
          <w:tcPr>
            <w:tcW w:w="21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100" w:after="0" w:line="281" w:lineRule="auto"/>
              <w:ind w:left="72" w:right="432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Письменный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5415A0" w:rsidRPr="00A0021B">
        <w:trPr>
          <w:trHeight w:hRule="exact" w:val="183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16.09.2022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98" w:after="0" w:line="281" w:lineRule="auto"/>
              <w:ind w:left="72" w:right="432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Письменный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5415A0" w:rsidRPr="00A0021B">
        <w:trPr>
          <w:trHeight w:hRule="exact" w:val="183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23.09.2022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98" w:after="0" w:line="281" w:lineRule="auto"/>
              <w:ind w:left="72" w:right="432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Письменный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5415A0" w:rsidRPr="00A0021B">
        <w:trPr>
          <w:trHeight w:hRule="exact" w:val="183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30.09.2022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98" w:after="0" w:line="281" w:lineRule="auto"/>
              <w:ind w:left="72" w:right="432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Письменный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5415A0" w:rsidRPr="00A0021B">
        <w:trPr>
          <w:trHeight w:hRule="exact" w:val="183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07.10.2022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98" w:after="0" w:line="281" w:lineRule="auto"/>
              <w:ind w:left="72" w:right="432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Письменный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5415A0" w:rsidRPr="00A0021B">
        <w:trPr>
          <w:trHeight w:hRule="exact" w:val="183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14.10.2022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98" w:after="0" w:line="281" w:lineRule="auto"/>
              <w:ind w:left="156" w:right="432" w:hanging="156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Устный опрос; Письменный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5415A0">
        <w:trPr>
          <w:trHeight w:hRule="exact" w:val="80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21.10.2022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</w:tbl>
    <w:p w:rsidR="005415A0" w:rsidRDefault="005415A0">
      <w:pPr>
        <w:autoSpaceDE w:val="0"/>
        <w:autoSpaceDN w:val="0"/>
        <w:spacing w:after="0" w:line="14" w:lineRule="exact"/>
      </w:pPr>
    </w:p>
    <w:p w:rsidR="005415A0" w:rsidRDefault="005415A0">
      <w:pPr>
        <w:sectPr w:rsidR="005415A0">
          <w:pgSz w:w="11900" w:h="16840"/>
          <w:pgMar w:top="298" w:right="650" w:bottom="32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415A0" w:rsidRDefault="005415A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816"/>
        <w:gridCol w:w="2316"/>
        <w:gridCol w:w="734"/>
        <w:gridCol w:w="1620"/>
        <w:gridCol w:w="1668"/>
        <w:gridCol w:w="1236"/>
        <w:gridCol w:w="2162"/>
      </w:tblGrid>
      <w:tr w:rsidR="005415A0" w:rsidRPr="00A0021B">
        <w:trPr>
          <w:trHeight w:hRule="exact" w:val="183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28.10.2022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98" w:after="0" w:line="281" w:lineRule="auto"/>
              <w:ind w:left="72" w:right="432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Письменный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5415A0" w:rsidRPr="00A0021B">
        <w:trPr>
          <w:trHeight w:hRule="exact" w:val="251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11.11.2022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98" w:after="0" w:line="283" w:lineRule="auto"/>
              <w:ind w:left="72" w:right="288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Практическая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работа;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8930F4">
              <w:rPr>
                <w:lang w:val="ru-RU"/>
              </w:rPr>
              <w:br/>
            </w:r>
            <w:proofErr w:type="spellStart"/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использованием«Оценочного</w:t>
            </w:r>
            <w:proofErr w:type="spellEnd"/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5415A0" w:rsidRPr="00A0021B">
        <w:trPr>
          <w:trHeight w:hRule="exact" w:val="183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18.11.2022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98" w:after="0" w:line="281" w:lineRule="auto"/>
              <w:ind w:left="72" w:right="432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Письменный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5415A0" w:rsidRPr="00A0021B">
        <w:trPr>
          <w:trHeight w:hRule="exact" w:val="183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25.11.2022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98" w:after="0" w:line="281" w:lineRule="auto"/>
              <w:ind w:left="72" w:right="432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Письменный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5415A0" w:rsidRPr="00A0021B">
        <w:trPr>
          <w:trHeight w:hRule="exact" w:val="183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02.12.2022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98" w:after="0" w:line="281" w:lineRule="auto"/>
              <w:ind w:left="72" w:right="432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Письменный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5415A0" w:rsidRPr="00A0021B">
        <w:trPr>
          <w:trHeight w:hRule="exact" w:val="183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09.12.2022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98" w:after="0" w:line="281" w:lineRule="auto"/>
              <w:ind w:left="72" w:right="432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Письменный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5415A0">
        <w:trPr>
          <w:trHeight w:hRule="exact" w:val="82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16.12.2022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Контрольная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  <w:tr w:rsidR="005415A0" w:rsidRPr="00A0021B">
        <w:trPr>
          <w:trHeight w:hRule="exact" w:val="181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23.12.2022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98" w:after="0" w:line="281" w:lineRule="auto"/>
              <w:ind w:left="72" w:right="432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Письменный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</w:tbl>
    <w:p w:rsidR="005415A0" w:rsidRPr="008930F4" w:rsidRDefault="005415A0">
      <w:pPr>
        <w:autoSpaceDE w:val="0"/>
        <w:autoSpaceDN w:val="0"/>
        <w:spacing w:after="0" w:line="14" w:lineRule="exact"/>
        <w:rPr>
          <w:lang w:val="ru-RU"/>
        </w:rPr>
      </w:pPr>
    </w:p>
    <w:p w:rsidR="005415A0" w:rsidRPr="008930F4" w:rsidRDefault="005415A0">
      <w:pPr>
        <w:rPr>
          <w:lang w:val="ru-RU"/>
        </w:rPr>
        <w:sectPr w:rsidR="005415A0" w:rsidRPr="008930F4">
          <w:pgSz w:w="11900" w:h="16840"/>
          <w:pgMar w:top="284" w:right="650" w:bottom="9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415A0" w:rsidRPr="008930F4" w:rsidRDefault="005415A0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816"/>
        <w:gridCol w:w="2316"/>
        <w:gridCol w:w="734"/>
        <w:gridCol w:w="1620"/>
        <w:gridCol w:w="1668"/>
        <w:gridCol w:w="1236"/>
        <w:gridCol w:w="2162"/>
      </w:tblGrid>
      <w:tr w:rsidR="005415A0" w:rsidRPr="00A0021B">
        <w:trPr>
          <w:trHeight w:hRule="exact" w:val="183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13.01.2023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98" w:after="0" w:line="281" w:lineRule="auto"/>
              <w:ind w:left="72" w:right="432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Письменный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5415A0" w:rsidRPr="00A0021B">
        <w:trPr>
          <w:trHeight w:hRule="exact" w:val="183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20.01.2023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98" w:after="0" w:line="281" w:lineRule="auto"/>
              <w:ind w:left="72" w:right="432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Письменный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5415A0" w:rsidRPr="00A0021B">
        <w:trPr>
          <w:trHeight w:hRule="exact" w:val="183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27.01.2023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98" w:after="0" w:line="281" w:lineRule="auto"/>
              <w:ind w:left="72" w:right="432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Письменный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5415A0" w:rsidRPr="00A0021B">
        <w:trPr>
          <w:trHeight w:hRule="exact" w:val="183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03.02.2023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98" w:after="0" w:line="281" w:lineRule="auto"/>
              <w:ind w:left="72" w:right="432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Письменный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5415A0" w:rsidRPr="00A0021B">
        <w:trPr>
          <w:trHeight w:hRule="exact" w:val="183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10.02.2023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98" w:after="0" w:line="281" w:lineRule="auto"/>
              <w:ind w:left="72" w:right="432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Письменный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5415A0" w:rsidRPr="00A0021B">
        <w:trPr>
          <w:trHeight w:hRule="exact" w:val="183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17.02.2023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98" w:after="0" w:line="281" w:lineRule="auto"/>
              <w:ind w:left="72" w:right="432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Письменный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5415A0" w:rsidRPr="00A0021B">
        <w:trPr>
          <w:trHeight w:hRule="exact" w:val="183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24.02.2023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100" w:after="0" w:line="281" w:lineRule="auto"/>
              <w:ind w:left="72" w:right="432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Письменный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5415A0" w:rsidRPr="00A0021B">
        <w:trPr>
          <w:trHeight w:hRule="exact" w:val="181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03.03.2023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98" w:after="0" w:line="281" w:lineRule="auto"/>
              <w:ind w:left="72" w:right="432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Письменный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</w:tbl>
    <w:p w:rsidR="005415A0" w:rsidRPr="008930F4" w:rsidRDefault="005415A0">
      <w:pPr>
        <w:autoSpaceDE w:val="0"/>
        <w:autoSpaceDN w:val="0"/>
        <w:spacing w:after="0" w:line="14" w:lineRule="exact"/>
        <w:rPr>
          <w:lang w:val="ru-RU"/>
        </w:rPr>
      </w:pPr>
    </w:p>
    <w:p w:rsidR="005415A0" w:rsidRPr="008930F4" w:rsidRDefault="005415A0">
      <w:pPr>
        <w:rPr>
          <w:lang w:val="ru-RU"/>
        </w:rPr>
        <w:sectPr w:rsidR="005415A0" w:rsidRPr="008930F4">
          <w:pgSz w:w="11900" w:h="16840"/>
          <w:pgMar w:top="284" w:right="650" w:bottom="78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415A0" w:rsidRPr="008930F4" w:rsidRDefault="005415A0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816"/>
        <w:gridCol w:w="2316"/>
        <w:gridCol w:w="734"/>
        <w:gridCol w:w="1620"/>
        <w:gridCol w:w="1668"/>
        <w:gridCol w:w="1236"/>
        <w:gridCol w:w="2162"/>
      </w:tblGrid>
      <w:tr w:rsidR="005415A0" w:rsidRPr="00A0021B">
        <w:trPr>
          <w:trHeight w:hRule="exact" w:val="183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10.03.2023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98" w:after="0" w:line="281" w:lineRule="auto"/>
              <w:ind w:left="72" w:right="432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Письменный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5415A0">
        <w:trPr>
          <w:trHeight w:hRule="exact" w:val="82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17.03.2023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62" w:lineRule="auto"/>
              <w:ind w:right="43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Тестирование;</w:t>
            </w:r>
          </w:p>
        </w:tc>
      </w:tr>
      <w:tr w:rsidR="005415A0" w:rsidRPr="00A0021B">
        <w:trPr>
          <w:trHeight w:hRule="exact" w:val="183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24.03.2023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98" w:after="0" w:line="281" w:lineRule="auto"/>
              <w:ind w:left="72" w:right="432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Письменный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5415A0" w:rsidRPr="00A0021B">
        <w:trPr>
          <w:trHeight w:hRule="exact" w:val="183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07.04.2023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98" w:after="0" w:line="281" w:lineRule="auto"/>
              <w:ind w:left="72" w:right="432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Письменный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5415A0" w:rsidRPr="00A0021B">
        <w:trPr>
          <w:trHeight w:hRule="exact" w:val="183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14.04.2023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98" w:after="0" w:line="281" w:lineRule="auto"/>
              <w:ind w:left="72" w:right="432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Письменный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5415A0" w:rsidRPr="00A0021B">
        <w:trPr>
          <w:trHeight w:hRule="exact" w:val="183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21.04.2023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98" w:after="0" w:line="281" w:lineRule="auto"/>
              <w:ind w:left="72" w:right="432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Письменный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5415A0" w:rsidRPr="00A0021B">
        <w:trPr>
          <w:trHeight w:hRule="exact" w:val="183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28.04.2023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98" w:after="0" w:line="281" w:lineRule="auto"/>
              <w:ind w:left="72" w:right="432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Письменный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5415A0">
        <w:trPr>
          <w:trHeight w:hRule="exact" w:val="82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05.05.2023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5415A0" w:rsidRPr="00A0021B">
        <w:trPr>
          <w:trHeight w:hRule="exact" w:val="181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12.05.2023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98" w:after="0" w:line="281" w:lineRule="auto"/>
              <w:ind w:left="72" w:right="432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Письменный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контроль;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</w:tbl>
    <w:p w:rsidR="005415A0" w:rsidRPr="008930F4" w:rsidRDefault="005415A0">
      <w:pPr>
        <w:autoSpaceDE w:val="0"/>
        <w:autoSpaceDN w:val="0"/>
        <w:spacing w:after="0" w:line="14" w:lineRule="exact"/>
        <w:rPr>
          <w:lang w:val="ru-RU"/>
        </w:rPr>
      </w:pPr>
    </w:p>
    <w:p w:rsidR="005415A0" w:rsidRPr="008930F4" w:rsidRDefault="005415A0">
      <w:pPr>
        <w:rPr>
          <w:lang w:val="ru-RU"/>
        </w:rPr>
        <w:sectPr w:rsidR="005415A0" w:rsidRPr="008930F4">
          <w:pgSz w:w="11900" w:h="16840"/>
          <w:pgMar w:top="284" w:right="650" w:bottom="87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415A0" w:rsidRPr="008930F4" w:rsidRDefault="005415A0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816"/>
        <w:gridCol w:w="2316"/>
        <w:gridCol w:w="734"/>
        <w:gridCol w:w="1620"/>
        <w:gridCol w:w="1668"/>
        <w:gridCol w:w="1236"/>
        <w:gridCol w:w="2162"/>
      </w:tblGrid>
      <w:tr w:rsidR="005415A0" w:rsidRPr="00A0021B">
        <w:trPr>
          <w:trHeight w:hRule="exact" w:val="183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19.05.2023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Самооценка с </w:t>
            </w:r>
            <w:r w:rsidRPr="008930F4">
              <w:rPr>
                <w:lang w:val="ru-RU"/>
              </w:rPr>
              <w:br/>
            </w:r>
            <w:proofErr w:type="spellStart"/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использованием«Оценочного</w:t>
            </w:r>
            <w:proofErr w:type="spellEnd"/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30F4">
              <w:rPr>
                <w:lang w:val="ru-RU"/>
              </w:rPr>
              <w:br/>
            </w: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5415A0">
        <w:trPr>
          <w:trHeight w:hRule="exact" w:val="808"/>
        </w:trPr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15A0" w:rsidRPr="008930F4" w:rsidRDefault="00700640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8930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7006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5A0" w:rsidRDefault="005415A0"/>
        </w:tc>
      </w:tr>
    </w:tbl>
    <w:p w:rsidR="005415A0" w:rsidRDefault="005415A0">
      <w:pPr>
        <w:autoSpaceDE w:val="0"/>
        <w:autoSpaceDN w:val="0"/>
        <w:spacing w:after="0" w:line="14" w:lineRule="exact"/>
      </w:pPr>
    </w:p>
    <w:p w:rsidR="005415A0" w:rsidRDefault="005415A0">
      <w:pPr>
        <w:sectPr w:rsidR="005415A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415A0" w:rsidRDefault="005415A0">
      <w:pPr>
        <w:autoSpaceDE w:val="0"/>
        <w:autoSpaceDN w:val="0"/>
        <w:spacing w:after="78" w:line="220" w:lineRule="exact"/>
      </w:pPr>
    </w:p>
    <w:p w:rsidR="005415A0" w:rsidRDefault="00700640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5415A0" w:rsidRDefault="00700640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5415A0" w:rsidRPr="008930F4" w:rsidRDefault="00700640">
      <w:pPr>
        <w:autoSpaceDE w:val="0"/>
        <w:autoSpaceDN w:val="0"/>
        <w:spacing w:before="166" w:after="0" w:line="271" w:lineRule="auto"/>
        <w:ind w:right="1584"/>
        <w:rPr>
          <w:lang w:val="ru-RU"/>
        </w:rPr>
      </w:pPr>
      <w:r w:rsidRPr="008930F4">
        <w:rPr>
          <w:rFonts w:ascii="Times New Roman" w:eastAsia="Times New Roman" w:hAnsi="Times New Roman"/>
          <w:color w:val="000000"/>
          <w:sz w:val="24"/>
          <w:lang w:val="ru-RU"/>
        </w:rPr>
        <w:t>Музыка, 5 класс /Сергеева Г.П., Критская Е.Д., Акционерное общество «</w:t>
      </w:r>
      <w:proofErr w:type="spellStart"/>
      <w:r w:rsidRPr="008930F4">
        <w:rPr>
          <w:rFonts w:ascii="Times New Roman" w:eastAsia="Times New Roman" w:hAnsi="Times New Roman"/>
          <w:color w:val="000000"/>
          <w:sz w:val="24"/>
          <w:lang w:val="ru-RU"/>
        </w:rPr>
        <w:t>Издательство«Просвещение</w:t>
      </w:r>
      <w:proofErr w:type="spellEnd"/>
      <w:r w:rsidRPr="008930F4">
        <w:rPr>
          <w:rFonts w:ascii="Times New Roman" w:eastAsia="Times New Roman" w:hAnsi="Times New Roman"/>
          <w:color w:val="000000"/>
          <w:sz w:val="24"/>
          <w:lang w:val="ru-RU"/>
        </w:rPr>
        <w:t xml:space="preserve">»; </w:t>
      </w:r>
      <w:r w:rsidRPr="008930F4">
        <w:rPr>
          <w:lang w:val="ru-RU"/>
        </w:rPr>
        <w:br/>
      </w:r>
      <w:r w:rsidRPr="008930F4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5415A0" w:rsidRPr="00A0021B" w:rsidRDefault="00700640">
      <w:pPr>
        <w:autoSpaceDE w:val="0"/>
        <w:autoSpaceDN w:val="0"/>
        <w:spacing w:before="262" w:after="0" w:line="230" w:lineRule="auto"/>
        <w:rPr>
          <w:lang w:val="ru-RU"/>
        </w:rPr>
      </w:pPr>
      <w:r w:rsidRPr="00A0021B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5415A0" w:rsidRPr="008930F4" w:rsidRDefault="00700640">
      <w:pPr>
        <w:autoSpaceDE w:val="0"/>
        <w:autoSpaceDN w:val="0"/>
        <w:spacing w:before="166" w:after="0" w:line="262" w:lineRule="auto"/>
        <w:ind w:right="288"/>
        <w:rPr>
          <w:lang w:val="ru-RU"/>
        </w:rPr>
      </w:pPr>
      <w:r w:rsidRPr="008930F4">
        <w:rPr>
          <w:rFonts w:ascii="Times New Roman" w:eastAsia="Times New Roman" w:hAnsi="Times New Roman"/>
          <w:color w:val="000000"/>
          <w:sz w:val="24"/>
          <w:lang w:val="ru-RU"/>
        </w:rPr>
        <w:t xml:space="preserve">Поурочные разработки по музыке 5-8 классы "Уроки музыки" Г.П. Сергеева, </w:t>
      </w:r>
      <w:proofErr w:type="spellStart"/>
      <w:r w:rsidRPr="008930F4">
        <w:rPr>
          <w:rFonts w:ascii="Times New Roman" w:eastAsia="Times New Roman" w:hAnsi="Times New Roman"/>
          <w:color w:val="000000"/>
          <w:sz w:val="24"/>
          <w:lang w:val="ru-RU"/>
        </w:rPr>
        <w:t>Е.Д.Критская</w:t>
      </w:r>
      <w:proofErr w:type="spellEnd"/>
      <w:r w:rsidRPr="008930F4">
        <w:rPr>
          <w:rFonts w:ascii="Times New Roman" w:eastAsia="Times New Roman" w:hAnsi="Times New Roman"/>
          <w:color w:val="000000"/>
          <w:sz w:val="24"/>
          <w:lang w:val="ru-RU"/>
        </w:rPr>
        <w:t>. Москва "Просвещение" 2017 год</w:t>
      </w:r>
    </w:p>
    <w:p w:rsidR="005415A0" w:rsidRPr="008930F4" w:rsidRDefault="00700640">
      <w:pPr>
        <w:autoSpaceDE w:val="0"/>
        <w:autoSpaceDN w:val="0"/>
        <w:spacing w:before="264" w:after="0" w:line="230" w:lineRule="auto"/>
        <w:rPr>
          <w:lang w:val="ru-RU"/>
        </w:rPr>
      </w:pPr>
      <w:r w:rsidRPr="008930F4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5415A0" w:rsidRPr="00A0021B" w:rsidRDefault="00700640" w:rsidP="008930F4">
      <w:pPr>
        <w:autoSpaceDE w:val="0"/>
        <w:autoSpaceDN w:val="0"/>
        <w:spacing w:before="168" w:after="0" w:line="230" w:lineRule="auto"/>
        <w:rPr>
          <w:lang w:val="ru-RU"/>
        </w:rPr>
        <w:sectPr w:rsidR="005415A0" w:rsidRPr="00A0021B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A0021B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A0021B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A0021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A0021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A0021B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catalog</w:t>
      </w:r>
      <w:r w:rsidRPr="00A0021B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teacher</w:t>
      </w:r>
    </w:p>
    <w:p w:rsidR="005415A0" w:rsidRPr="00A0021B" w:rsidRDefault="005415A0">
      <w:pPr>
        <w:autoSpaceDE w:val="0"/>
        <w:autoSpaceDN w:val="0"/>
        <w:spacing w:after="78" w:line="220" w:lineRule="exact"/>
        <w:rPr>
          <w:lang w:val="ru-RU"/>
        </w:rPr>
      </w:pPr>
    </w:p>
    <w:p w:rsidR="005415A0" w:rsidRPr="008930F4" w:rsidRDefault="00700640">
      <w:pPr>
        <w:autoSpaceDE w:val="0"/>
        <w:autoSpaceDN w:val="0"/>
        <w:spacing w:after="0" w:line="398" w:lineRule="auto"/>
        <w:ind w:right="432"/>
        <w:rPr>
          <w:lang w:val="ru-RU"/>
        </w:rPr>
      </w:pPr>
      <w:r w:rsidRPr="008930F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8930F4">
        <w:rPr>
          <w:lang w:val="ru-RU"/>
        </w:rPr>
        <w:br/>
      </w:r>
      <w:r w:rsidRPr="008930F4">
        <w:rPr>
          <w:rFonts w:ascii="Times New Roman" w:eastAsia="Times New Roman" w:hAnsi="Times New Roman"/>
          <w:color w:val="000000"/>
          <w:sz w:val="24"/>
          <w:lang w:val="ru-RU"/>
        </w:rPr>
        <w:t xml:space="preserve">ноутбук, колонки, проектор, экран </w:t>
      </w:r>
      <w:r w:rsidRPr="008930F4">
        <w:rPr>
          <w:lang w:val="ru-RU"/>
        </w:rPr>
        <w:br/>
      </w:r>
      <w:r w:rsidRPr="008930F4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:rsidR="005415A0" w:rsidRPr="008930F4" w:rsidRDefault="005415A0">
      <w:pPr>
        <w:rPr>
          <w:lang w:val="ru-RU"/>
        </w:rPr>
        <w:sectPr w:rsidR="005415A0" w:rsidRPr="008930F4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00640" w:rsidRPr="008930F4" w:rsidRDefault="00700640">
      <w:pPr>
        <w:rPr>
          <w:lang w:val="ru-RU"/>
        </w:rPr>
      </w:pPr>
    </w:p>
    <w:sectPr w:rsidR="00700640" w:rsidRPr="008930F4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CCE687D"/>
    <w:multiLevelType w:val="hybridMultilevel"/>
    <w:tmpl w:val="2FCE6C20"/>
    <w:lvl w:ilvl="0" w:tplc="CBE6CDAE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0E3531AE"/>
    <w:multiLevelType w:val="hybridMultilevel"/>
    <w:tmpl w:val="6E8EBF1E"/>
    <w:lvl w:ilvl="0" w:tplc="74320A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85E89"/>
    <w:rsid w:val="0029639D"/>
    <w:rsid w:val="002D41BD"/>
    <w:rsid w:val="00326F90"/>
    <w:rsid w:val="005415A0"/>
    <w:rsid w:val="00700640"/>
    <w:rsid w:val="008930F4"/>
    <w:rsid w:val="00A0021B"/>
    <w:rsid w:val="00AA1D8D"/>
    <w:rsid w:val="00B47730"/>
    <w:rsid w:val="00CA3D7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7E603B"/>
  <w14:defaultImageDpi w14:val="300"/>
  <w15:docId w15:val="{B00E5198-745A-4806-9008-4B8EA4C90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394D50D-A6F1-42F2-AF91-D5034F81F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5557</Words>
  <Characters>31680</Characters>
  <Application>Microsoft Office Word</Application>
  <DocSecurity>0</DocSecurity>
  <Lines>264</Lines>
  <Paragraphs>74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37163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Safonova.af</cp:lastModifiedBy>
  <cp:revision>4</cp:revision>
  <dcterms:created xsi:type="dcterms:W3CDTF">2022-06-15T22:58:00Z</dcterms:created>
  <dcterms:modified xsi:type="dcterms:W3CDTF">2022-06-17T23:39:00Z</dcterms:modified>
</cp:coreProperties>
</file>